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3891F" w14:textId="77777777" w:rsidR="004A63F1" w:rsidRPr="00511CB7" w:rsidRDefault="00084849">
      <w:pPr>
        <w:jc w:val="center"/>
        <w:rPr>
          <w:lang w:val="ru-RU"/>
        </w:rPr>
      </w:pPr>
      <w:r w:rsidRPr="00511CB7">
        <w:rPr>
          <w:b/>
          <w:sz w:val="28"/>
          <w:lang w:val="ru-RU"/>
        </w:rPr>
        <w:t>ДОКУМЕНТ 1</w:t>
      </w:r>
    </w:p>
    <w:p w14:paraId="54B05436" w14:textId="77777777" w:rsidR="004A63F1" w:rsidRPr="00511CB7" w:rsidRDefault="00084849">
      <w:pPr>
        <w:jc w:val="center"/>
        <w:rPr>
          <w:lang w:val="ru-RU"/>
        </w:rPr>
      </w:pPr>
      <w:r w:rsidRPr="00511CB7">
        <w:rPr>
          <w:b/>
          <w:sz w:val="32"/>
          <w:lang w:val="ru-RU"/>
        </w:rPr>
        <w:t>ПОЛИТИКА В ОТНОШЕНИИ ОБРАБОТКИ ПЕРСОНАЛЬНЫХ ДАННЫХ</w:t>
      </w:r>
    </w:p>
    <w:p w14:paraId="0B9B6F51" w14:textId="4BEDE001" w:rsidR="004A63F1" w:rsidRPr="00511CB7" w:rsidRDefault="00084849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 xml:space="preserve">Редакция от: </w:t>
      </w:r>
      <w:r w:rsidR="00511CB7" w:rsidRPr="00511CB7">
        <w:rPr>
          <w:rFonts w:cs="Times New Roman"/>
          <w:szCs w:val="24"/>
          <w:lang w:val="ru-RU"/>
        </w:rPr>
        <w:t>13.05.2026</w:t>
      </w:r>
    </w:p>
    <w:p w14:paraId="650A25C7" w14:textId="31C639E6" w:rsidR="004A63F1" w:rsidRPr="00511CB7" w:rsidRDefault="00084849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 xml:space="preserve">Сайт: </w:t>
      </w:r>
      <w:r w:rsidR="00511CB7" w:rsidRPr="00511CB7">
        <w:rPr>
          <w:rFonts w:cs="Times New Roman"/>
          <w:szCs w:val="24"/>
          <w:lang w:val="ru-RU"/>
        </w:rPr>
        <w:t>https://аптека-ваше-здоровье.рф/</w:t>
      </w:r>
    </w:p>
    <w:p w14:paraId="51583BB4" w14:textId="43524DAE" w:rsidR="004A63F1" w:rsidRPr="00E62A51" w:rsidRDefault="00084849">
      <w:pPr>
        <w:jc w:val="both"/>
        <w:rPr>
          <w:rFonts w:ascii="Roboto" w:hAnsi="Roboto"/>
          <w:color w:val="011C29"/>
          <w:shd w:val="clear" w:color="auto" w:fill="FFFFFF"/>
          <w:lang w:val="ru-RU"/>
        </w:rPr>
      </w:pPr>
      <w:r w:rsidRPr="00511CB7">
        <w:rPr>
          <w:rFonts w:cs="Times New Roman"/>
          <w:szCs w:val="24"/>
          <w:lang w:val="ru-RU"/>
        </w:rPr>
        <w:t xml:space="preserve">Оператор / администратор сайта: </w:t>
      </w:r>
      <w:r w:rsidR="00E62A51" w:rsidRPr="00E62A51">
        <w:rPr>
          <w:rFonts w:cs="Times New Roman"/>
          <w:color w:val="011C29"/>
          <w:szCs w:val="24"/>
          <w:shd w:val="clear" w:color="auto" w:fill="FFFFFF"/>
          <w:lang w:val="ru-RU"/>
        </w:rPr>
        <w:t>Общество с Ограниченной Ответственностью "Ваше Здоровье" (ООО "Ваше Здоровье")</w:t>
      </w:r>
    </w:p>
    <w:p w14:paraId="40F73E42" w14:textId="50889670" w:rsidR="004A63F1" w:rsidRPr="00511CB7" w:rsidRDefault="00084849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 xml:space="preserve">ИНН: </w:t>
      </w:r>
      <w:r w:rsidR="00511CB7" w:rsidRPr="00511CB7">
        <w:rPr>
          <w:rFonts w:cs="Times New Roman"/>
          <w:szCs w:val="24"/>
          <w:lang w:val="ru-RU"/>
        </w:rPr>
        <w:t>9403001275</w:t>
      </w:r>
      <w:r w:rsidRPr="00511CB7">
        <w:rPr>
          <w:rFonts w:cs="Times New Roman"/>
          <w:szCs w:val="24"/>
          <w:lang w:val="ru-RU"/>
        </w:rPr>
        <w:t xml:space="preserve">; ОГРН: </w:t>
      </w:r>
      <w:r w:rsidR="00511CB7" w:rsidRPr="00511CB7">
        <w:rPr>
          <w:rFonts w:cs="Times New Roman"/>
          <w:szCs w:val="24"/>
          <w:lang w:val="ru-RU"/>
        </w:rPr>
        <w:t>1229400001368</w:t>
      </w:r>
    </w:p>
    <w:p w14:paraId="681C49F5" w14:textId="60A045A8" w:rsidR="004A63F1" w:rsidRPr="00511CB7" w:rsidRDefault="00084849" w:rsidP="00511CB7">
      <w:pPr>
        <w:spacing w:after="0" w:line="270" w:lineRule="atLeast"/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 xml:space="preserve">Адрес: </w:t>
      </w:r>
      <w:r w:rsidR="00511CB7" w:rsidRPr="00511CB7">
        <w:rPr>
          <w:rFonts w:cs="Times New Roman"/>
          <w:szCs w:val="24"/>
          <w:lang w:val="ru-RU"/>
        </w:rPr>
        <w:t>291034, Луганская Народная Республика, г.о. Город Луганск, г. Луганск, кв-л Молодежный, д. 2А</w:t>
      </w:r>
    </w:p>
    <w:p w14:paraId="204E2FFF" w14:textId="561BB6FD" w:rsidR="004A63F1" w:rsidRPr="00511CB7" w:rsidRDefault="00084849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</w:rPr>
        <w:t>Email</w:t>
      </w:r>
      <w:r w:rsidRPr="00511CB7">
        <w:rPr>
          <w:rFonts w:cs="Times New Roman"/>
          <w:szCs w:val="24"/>
          <w:lang w:val="ru-RU"/>
        </w:rPr>
        <w:t>:</w:t>
      </w:r>
      <w:r w:rsidR="00511CB7" w:rsidRPr="00511CB7">
        <w:rPr>
          <w:rFonts w:cs="Times New Roman"/>
          <w:szCs w:val="24"/>
          <w:lang w:val="ru-RU"/>
        </w:rPr>
        <w:t xml:space="preserve"> </w:t>
      </w:r>
      <w:r w:rsidR="00511CB7" w:rsidRPr="00511CB7">
        <w:rPr>
          <w:rFonts w:cs="Times New Roman"/>
          <w:b/>
          <w:bCs/>
          <w:szCs w:val="24"/>
        </w:rPr>
        <w:t>lugafarmopt</w:t>
      </w:r>
      <w:r w:rsidR="00511CB7" w:rsidRPr="00511CB7">
        <w:rPr>
          <w:rFonts w:cs="Times New Roman"/>
          <w:b/>
          <w:bCs/>
          <w:szCs w:val="24"/>
          <w:lang w:val="ru-RU"/>
        </w:rPr>
        <w:t>@</w:t>
      </w:r>
      <w:r w:rsidR="00511CB7" w:rsidRPr="00511CB7">
        <w:rPr>
          <w:rFonts w:cs="Times New Roman"/>
          <w:b/>
          <w:bCs/>
          <w:szCs w:val="24"/>
        </w:rPr>
        <w:t>bk</w:t>
      </w:r>
      <w:r w:rsidR="00511CB7" w:rsidRPr="00511CB7">
        <w:rPr>
          <w:rFonts w:cs="Times New Roman"/>
          <w:b/>
          <w:bCs/>
          <w:szCs w:val="24"/>
          <w:lang w:val="ru-RU"/>
        </w:rPr>
        <w:t>.</w:t>
      </w:r>
      <w:r w:rsidR="00511CB7" w:rsidRPr="00511CB7">
        <w:rPr>
          <w:rFonts w:cs="Times New Roman"/>
          <w:b/>
          <w:bCs/>
          <w:szCs w:val="24"/>
        </w:rPr>
        <w:t>ru</w:t>
      </w:r>
      <w:r w:rsidRPr="00511CB7">
        <w:rPr>
          <w:rFonts w:cs="Times New Roman"/>
          <w:szCs w:val="24"/>
          <w:lang w:val="ru-RU"/>
        </w:rPr>
        <w:t xml:space="preserve">; телефон: </w:t>
      </w:r>
      <w:r w:rsidR="00E62A51">
        <w:rPr>
          <w:rFonts w:cs="Times New Roman"/>
          <w:b/>
          <w:bCs/>
          <w:szCs w:val="24"/>
          <w:lang w:val="ru-RU"/>
        </w:rPr>
        <w:t>+7 (959) 542-23-71</w:t>
      </w:r>
    </w:p>
    <w:p w14:paraId="72940401" w14:textId="77777777" w:rsidR="004A63F1" w:rsidRPr="00511CB7" w:rsidRDefault="004A63F1">
      <w:pPr>
        <w:jc w:val="both"/>
        <w:rPr>
          <w:lang w:val="ru-RU"/>
        </w:rPr>
      </w:pPr>
    </w:p>
    <w:p w14:paraId="336A874F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1. Общие положения</w:t>
      </w:r>
    </w:p>
    <w:p w14:paraId="18D5BFBD" w14:textId="6A7814BE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1.1. Настоящая Политика в отношении обработки персональных данных определяет порядок обработки и защиты персональных данных пользователей сайта аптечной сети «Ваше здоровье», размещённого по адресу:</w:t>
      </w:r>
      <w:r w:rsidR="00511CB7" w:rsidRPr="00511CB7">
        <w:rPr>
          <w:lang w:val="ru-RU"/>
        </w:rPr>
        <w:t xml:space="preserve"> https://аптека-ваше-здоровье.рф</w:t>
      </w:r>
      <w:r w:rsidRPr="00511CB7">
        <w:rPr>
          <w:lang w:val="ru-RU"/>
        </w:rPr>
        <w:t>.</w:t>
      </w:r>
    </w:p>
    <w:p w14:paraId="3A297B98" w14:textId="77777777" w:rsidR="00E62A51" w:rsidRDefault="00084849">
      <w:pPr>
        <w:jc w:val="both"/>
        <w:rPr>
          <w:rFonts w:cs="Times New Roman"/>
          <w:szCs w:val="24"/>
          <w:lang w:val="ru-RU"/>
        </w:rPr>
      </w:pPr>
      <w:r w:rsidRPr="00511CB7">
        <w:rPr>
          <w:lang w:val="ru-RU"/>
        </w:rPr>
        <w:t xml:space="preserve">1.2. Оператором персональных данных является </w:t>
      </w:r>
      <w:r w:rsidR="00E62A51" w:rsidRPr="00E62A51">
        <w:rPr>
          <w:rFonts w:cs="Times New Roman"/>
          <w:color w:val="011C29"/>
          <w:szCs w:val="24"/>
          <w:shd w:val="clear" w:color="auto" w:fill="FFFFFF"/>
          <w:lang w:val="ru-RU"/>
        </w:rPr>
        <w:t>Общество с Ограниченной Ответственностью "Ваше Здоровье" (ООО "Ваше Здоровье")</w:t>
      </w:r>
      <w:r w:rsidRPr="00511CB7">
        <w:rPr>
          <w:lang w:val="ru-RU"/>
        </w:rPr>
        <w:t>,</w:t>
      </w:r>
      <w:r w:rsidR="00511CB7" w:rsidRPr="00511CB7">
        <w:rPr>
          <w:rFonts w:cs="Times New Roman"/>
          <w:szCs w:val="24"/>
          <w:lang w:val="ru-RU"/>
        </w:rPr>
        <w:t xml:space="preserve"> </w:t>
      </w:r>
    </w:p>
    <w:p w14:paraId="5B296790" w14:textId="7DD6F2B1" w:rsidR="004A63F1" w:rsidRPr="00E62A51" w:rsidRDefault="00511CB7">
      <w:pPr>
        <w:jc w:val="both"/>
        <w:rPr>
          <w:rFonts w:ascii="Roboto" w:hAnsi="Roboto"/>
          <w:color w:val="011C29"/>
          <w:shd w:val="clear" w:color="auto" w:fill="FFFFFF"/>
          <w:lang w:val="ru-RU"/>
        </w:rPr>
      </w:pPr>
      <w:r w:rsidRPr="00511CB7">
        <w:rPr>
          <w:rFonts w:cs="Times New Roman"/>
          <w:szCs w:val="24"/>
          <w:lang w:val="ru-RU"/>
        </w:rPr>
        <w:t>ИНН: 9403001275; ОГРН: 1229400001368</w:t>
      </w:r>
      <w:r>
        <w:rPr>
          <w:rFonts w:cs="Times New Roman"/>
          <w:szCs w:val="24"/>
          <w:lang w:val="ru-RU"/>
        </w:rPr>
        <w:t>, а</w:t>
      </w:r>
      <w:r w:rsidRPr="00511CB7">
        <w:rPr>
          <w:rFonts w:cs="Times New Roman"/>
          <w:szCs w:val="24"/>
          <w:lang w:val="ru-RU"/>
        </w:rPr>
        <w:t>дрес: 291034, Луганская Народная Республика, г.о. Город Луганск, г. Луганск, кв-л Молодежный, д. 2А</w:t>
      </w:r>
      <w:r w:rsidR="00084849" w:rsidRPr="00511CB7">
        <w:rPr>
          <w:lang w:val="ru-RU"/>
        </w:rPr>
        <w:t>.</w:t>
      </w:r>
    </w:p>
    <w:p w14:paraId="5E76D81A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1.3. Политика разработана в соответствии с Федеральным законом от 27.07.2006 № 152-ФЗ «О персональных данных» и иными нормативными правовыми актами Российской Федерации в сфере обработки и защиты персональных данных.</w:t>
      </w:r>
    </w:p>
    <w:p w14:paraId="104D40A7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1.4. Использование сайта, регистрация, оформление заказа, направление обращения через формы сайта или иная передача данных Оператору означает ознакомление пользователя с настоящей Политикой.</w:t>
      </w:r>
    </w:p>
    <w:p w14:paraId="7EB60D06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2. Основные понятия</w:t>
      </w:r>
    </w:p>
    <w:p w14:paraId="291E8E86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2.1. Персональные данные — любая информация, относящаяся к прямо или косвенно определённому физическому лицу.</w:t>
      </w:r>
    </w:p>
    <w:p w14:paraId="144E8186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2.2. Оператор — лицо, самостоятельно или совместно с другими лицами организующее и осуществляющее обработку персональных данных.</w:t>
      </w:r>
    </w:p>
    <w:p w14:paraId="22CBB92A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2.3. Пользователь — физическое лицо, использующее сайт аптечной сети «Ваше здоровье».</w:t>
      </w:r>
    </w:p>
    <w:p w14:paraId="7C8B3EAB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2.4. Обработка персональных данных — любое действие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 w14:paraId="04F03217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lastRenderedPageBreak/>
        <w:t>3. Категории субъектов и состав персональных данных</w:t>
      </w:r>
    </w:p>
    <w:p w14:paraId="0DBE5B86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3.1. Оператор может обрабатывать персональные данные пользователей сайта, покупателей, получателей заказов, лиц, направляющих обращения через формы сайта, а также лиц, подписавшихся на информационные и рекламные сообщения.</w:t>
      </w:r>
    </w:p>
    <w:p w14:paraId="5AC9DBE0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3.2. Оператор может обрабатывать следующие персональные данные:</w:t>
      </w:r>
    </w:p>
    <w:p w14:paraId="0D05030F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фамилия, имя, отчество, если они предоставляются пользователем;</w:t>
      </w:r>
    </w:p>
    <w:p w14:paraId="14531265" w14:textId="77777777" w:rsidR="004A63F1" w:rsidRDefault="00084849">
      <w:pPr>
        <w:pStyle w:val="a0"/>
        <w:spacing w:after="40"/>
        <w:ind w:left="340"/>
      </w:pPr>
      <w:r>
        <w:t>номер телефона;</w:t>
      </w:r>
    </w:p>
    <w:p w14:paraId="51F56C28" w14:textId="77777777" w:rsidR="004A63F1" w:rsidRDefault="00084849">
      <w:pPr>
        <w:pStyle w:val="a0"/>
        <w:spacing w:after="40"/>
        <w:ind w:left="340"/>
      </w:pPr>
      <w:r>
        <w:t>адрес электронной почты;</w:t>
      </w:r>
    </w:p>
    <w:p w14:paraId="4F430E9A" w14:textId="0F3AC2C9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выбранная аптека самовывоза;</w:t>
      </w:r>
    </w:p>
    <w:p w14:paraId="5A93FC24" w14:textId="443EA218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сведения о заказе, статусе заказа</w:t>
      </w:r>
      <w:r w:rsidR="00511CB7">
        <w:rPr>
          <w:lang w:val="ru-RU"/>
        </w:rPr>
        <w:t>.</w:t>
      </w:r>
    </w:p>
    <w:p w14:paraId="7A3CD4E1" w14:textId="77777777" w:rsidR="004A63F1" w:rsidRDefault="00084849">
      <w:pPr>
        <w:pStyle w:val="a0"/>
        <w:spacing w:after="40"/>
        <w:ind w:left="340"/>
      </w:pPr>
      <w:r>
        <w:t>история заказов и обращений;</w:t>
      </w:r>
    </w:p>
    <w:p w14:paraId="0ABFB9D9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содержание сообщений, направленных через формы сайта;</w:t>
      </w:r>
    </w:p>
    <w:p w14:paraId="784961EA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>
        <w:t>IP</w:t>
      </w:r>
      <w:r w:rsidRPr="00511CB7">
        <w:rPr>
          <w:lang w:val="ru-RU"/>
        </w:rPr>
        <w:t xml:space="preserve">-адрес, </w:t>
      </w:r>
      <w:r>
        <w:t>cookie</w:t>
      </w:r>
      <w:r w:rsidRPr="00511CB7">
        <w:rPr>
          <w:lang w:val="ru-RU"/>
        </w:rPr>
        <w:t>-файлы, сведения о браузере, устройстве, операционной системе, дата и время посещения сайта;</w:t>
      </w:r>
    </w:p>
    <w:p w14:paraId="323E5508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иные сведения, добровольно предоставленные пользователем при использовании сайта.</w:t>
      </w:r>
    </w:p>
    <w:p w14:paraId="1C50D3AC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3.3. Оператор не ставит целью сбор специальных категорий персональных данных, включая сведения о состоянии здоровья, диагнозах и назначениях врача. Если такие сведения добровольно указаны пользователем в обращении, они обрабатываются только в объёме, необходимом для рассмотрения обращения и соблюдения требований законодательства Российской Федерации.</w:t>
      </w:r>
    </w:p>
    <w:p w14:paraId="63D53710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4. Цели обработки персональных данных</w:t>
      </w:r>
    </w:p>
    <w:p w14:paraId="05AE48E4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4.1. Персональные данные обрабатываются в следующих целях:</w:t>
      </w:r>
    </w:p>
    <w:p w14:paraId="0A2F11C6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регистрация, идентификация и авторизация пользователя на сайте;</w:t>
      </w:r>
    </w:p>
    <w:p w14:paraId="4AC97C38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создание и обслуживание личного кабинета;</w:t>
      </w:r>
    </w:p>
    <w:p w14:paraId="2EAF5F64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оформление, подтверждение, исполнение и сопровождение заказа;</w:t>
      </w:r>
    </w:p>
    <w:p w14:paraId="13228DD6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информирование пользователя о статусе заказа;</w:t>
      </w:r>
    </w:p>
    <w:p w14:paraId="5D76DD7E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обработка обращений, жалоб, заявлений и запросов пользователя;</w:t>
      </w:r>
    </w:p>
    <w:p w14:paraId="341C1D0A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обеспечение безопасности сайта и предотвращение мошеннических действий;</w:t>
      </w:r>
    </w:p>
    <w:p w14:paraId="3592E28C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направление информационных и рекламных сообщений при наличии отдельного согласия пользователя;</w:t>
      </w:r>
    </w:p>
    <w:p w14:paraId="5F09ED7F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выполнение требований законодательства Российской Федерации;</w:t>
      </w:r>
    </w:p>
    <w:p w14:paraId="1AE91CC5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улучшение качества работы сайта и обслуживания пользователей.</w:t>
      </w:r>
    </w:p>
    <w:p w14:paraId="7C01802A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5. Правовые основания обработки</w:t>
      </w:r>
    </w:p>
    <w:p w14:paraId="609EB9DA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5.1. Правовыми основаниями обработки персональных данных являются согласие субъекта персональных данных, заключение и исполнение договора с пользователем, исполнение обязанностей Оператора, установленных законодательством Российской Федерации, а также осуществление прав и законных интересов Оператора при условии, что не нарушаются права и свободы субъекта персональных данных.</w:t>
      </w:r>
    </w:p>
    <w:p w14:paraId="444CBDEE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lastRenderedPageBreak/>
        <w:t>6. Порядок и условия обработки</w:t>
      </w:r>
    </w:p>
    <w:p w14:paraId="4F1F3637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6.1. Обработка персональных данных осуществляется с использованием средств автоматизации и без использования таких средств.</w:t>
      </w:r>
    </w:p>
    <w:p w14:paraId="7B6FC540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6.2. Оператор вправе совершать с персональными данными следующие действия: сбор, запись, систематизация, накопление, хранение, уточнение, обновление, изменение, использование, передача, обезличивание, блокирование, удаление и уничтожение.</w:t>
      </w:r>
    </w:p>
    <w:p w14:paraId="09EF3053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6.3. Оператор обрабатывает персональные данные только в объёме, необходимом для достижения заявленных целей обработки.</w:t>
      </w:r>
    </w:p>
    <w:p w14:paraId="381D8E3C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7. Передача персональных данных третьим лицам</w:t>
      </w:r>
    </w:p>
    <w:p w14:paraId="60E66278" w14:textId="7F12C275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7.1. Оператор вправе передавать персональные данные третьим лицам в случаях, необходимых для достижения целей обработки, исполнения заказа, технической поддержки сайта или исполнения требований закона.</w:t>
      </w:r>
    </w:p>
    <w:p w14:paraId="015C8B29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7.2. Персональные данные могут передаваться следующим категориям лиц:</w:t>
      </w:r>
    </w:p>
    <w:p w14:paraId="64D31741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 xml:space="preserve">операторам связи, </w:t>
      </w:r>
      <w:r>
        <w:t>SMS</w:t>
      </w:r>
      <w:r w:rsidRPr="00511CB7">
        <w:rPr>
          <w:lang w:val="ru-RU"/>
        </w:rPr>
        <w:t xml:space="preserve">-сервисам, сервисам </w:t>
      </w:r>
      <w:r>
        <w:t>email</w:t>
      </w:r>
      <w:r w:rsidRPr="00511CB7">
        <w:rPr>
          <w:lang w:val="ru-RU"/>
        </w:rPr>
        <w:t xml:space="preserve">-рассылок и </w:t>
      </w:r>
      <w:r>
        <w:t>push</w:t>
      </w:r>
      <w:r w:rsidRPr="00511CB7">
        <w:rPr>
          <w:lang w:val="ru-RU"/>
        </w:rPr>
        <w:t>-уведомлений;</w:t>
      </w:r>
    </w:p>
    <w:p w14:paraId="11300410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>
        <w:t>IT</w:t>
      </w:r>
      <w:r w:rsidRPr="00511CB7">
        <w:rPr>
          <w:lang w:val="ru-RU"/>
        </w:rPr>
        <w:t xml:space="preserve">-подрядчикам, хостинг-провайдерам, провайдерам </w:t>
      </w:r>
      <w:r>
        <w:t>CRM</w:t>
      </w:r>
      <w:r w:rsidRPr="00511CB7">
        <w:rPr>
          <w:lang w:val="ru-RU"/>
        </w:rPr>
        <w:t>-систем и технической поддержки;</w:t>
      </w:r>
    </w:p>
    <w:p w14:paraId="7A189F6B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государственным органам в случаях, предусмотренных законодательством Российской Федерации.</w:t>
      </w:r>
    </w:p>
    <w:p w14:paraId="1DA8C243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7.3. Передача персональных данных осуществляется только в объёме, необходимом для выполнения соответствующей операции.</w:t>
      </w:r>
    </w:p>
    <w:p w14:paraId="6E313783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8. Хранение и защита персональных данных</w:t>
      </w:r>
    </w:p>
    <w:p w14:paraId="712B9F1D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8.1. Персональные данные хранятся не дольше, чем этого требуют цели обработки, если иной срок хранения не установлен законодательством Российской Федерации.</w:t>
      </w:r>
    </w:p>
    <w:p w14:paraId="3184058F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8.2. Данные личного кабинета хранятся до удаления аккаунта пользователем либо до прекращения использования сайта, если более длительный срок хранения не требуется по закону.</w:t>
      </w:r>
    </w:p>
    <w:p w14:paraId="30D619B0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8.3. Данные, связанные с заказами, оплатой, возвратами и бухгалтерскими документами, хранятся в течение сроков, установленных законодательством Российской Федерации.</w:t>
      </w:r>
    </w:p>
    <w:p w14:paraId="20A44D81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8.4. 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копирования, предоставления, распространения и иных неправомерных действий.</w:t>
      </w:r>
    </w:p>
    <w:p w14:paraId="5A3E1C29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9. Права пользователя</w:t>
      </w:r>
    </w:p>
    <w:p w14:paraId="1BCB49FB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9.1. Пользователь имеет право получать информацию об обработке своих персональных данных, требовать их уточнения, блокирования или уничтожения, отзывать согласие на обработку персональных данных, отказываться от рекламных сообщений, а также направлять обращения Оператору по вопросам обработки персональных данных.</w:t>
      </w:r>
    </w:p>
    <w:p w14:paraId="60E1EA0A" w14:textId="05082124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lastRenderedPageBreak/>
        <w:t xml:space="preserve">9.2. Для реализации прав пользователь может направить обращение на электронную почту: </w:t>
      </w:r>
      <w:r w:rsidR="00511CB7" w:rsidRPr="00511CB7">
        <w:rPr>
          <w:b/>
          <w:bCs/>
        </w:rPr>
        <w:t>lugafarmopt</w:t>
      </w:r>
      <w:r w:rsidR="00511CB7" w:rsidRPr="00511CB7">
        <w:rPr>
          <w:b/>
          <w:bCs/>
          <w:lang w:val="ru-RU"/>
        </w:rPr>
        <w:t>@</w:t>
      </w:r>
      <w:r w:rsidR="00511CB7" w:rsidRPr="00511CB7">
        <w:rPr>
          <w:b/>
          <w:bCs/>
        </w:rPr>
        <w:t>bk</w:t>
      </w:r>
      <w:r w:rsidR="00511CB7" w:rsidRPr="00511CB7">
        <w:rPr>
          <w:b/>
          <w:bCs/>
          <w:lang w:val="ru-RU"/>
        </w:rPr>
        <w:t>.</w:t>
      </w:r>
      <w:r w:rsidR="00511CB7" w:rsidRPr="00511CB7">
        <w:rPr>
          <w:b/>
          <w:bCs/>
        </w:rPr>
        <w:t>ru</w:t>
      </w:r>
      <w:r w:rsidR="00511CB7">
        <w:rPr>
          <w:lang w:val="ru-RU"/>
        </w:rPr>
        <w:t xml:space="preserve">. </w:t>
      </w:r>
      <w:r w:rsidRPr="00511CB7">
        <w:rPr>
          <w:lang w:val="ru-RU"/>
        </w:rPr>
        <w:t>В обращении необходимо указать ФИО, номер телефона или адрес электронной почты, использованные на сайте, а также суть требования.</w:t>
      </w:r>
    </w:p>
    <w:p w14:paraId="55DC62E4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 xml:space="preserve">10. </w:t>
      </w:r>
      <w:r>
        <w:t>Cookie</w:t>
      </w:r>
      <w:r w:rsidRPr="00511CB7">
        <w:rPr>
          <w:lang w:val="ru-RU"/>
        </w:rPr>
        <w:t>-файлы и технические данные</w:t>
      </w:r>
    </w:p>
    <w:p w14:paraId="02CA95D4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 xml:space="preserve">10.1. Сайт может использовать </w:t>
      </w:r>
      <w:r>
        <w:t>cookie</w:t>
      </w:r>
      <w:r w:rsidRPr="00511CB7">
        <w:rPr>
          <w:lang w:val="ru-RU"/>
        </w:rPr>
        <w:t>-файлы и аналогичные технологии для обеспечения корректной работы сайта, авторизации пользователя, сохранения настроек, анализа посещаемости и повышения качества сервиса.</w:t>
      </w:r>
    </w:p>
    <w:p w14:paraId="30E2A70E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 xml:space="preserve">10.2. Пользователь может ограничить или отключить использование </w:t>
      </w:r>
      <w:r>
        <w:t>cookie</w:t>
      </w:r>
      <w:r w:rsidRPr="00511CB7">
        <w:rPr>
          <w:lang w:val="ru-RU"/>
        </w:rPr>
        <w:t xml:space="preserve">-файлов в настройках браузера. При отключении </w:t>
      </w:r>
      <w:r>
        <w:t>cookie</w:t>
      </w:r>
      <w:r w:rsidRPr="00511CB7">
        <w:rPr>
          <w:lang w:val="ru-RU"/>
        </w:rPr>
        <w:t>-файлов отдельные функции сайта могут работать некорректно.</w:t>
      </w:r>
    </w:p>
    <w:p w14:paraId="022F910B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11. Трансграничная передача персональных данных</w:t>
      </w:r>
    </w:p>
    <w:p w14:paraId="75DC0C03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11.1. Трансграничная передача персональных данных не осуществляется, за исключением случаев, когда такая передача необходима для работы используемых сервисов и осуществляется с соблюдением требований законодательства Российской Федерации.</w:t>
      </w:r>
    </w:p>
    <w:p w14:paraId="15C5D810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 xml:space="preserve">11.2. Перед использованием иностранных сервисов аналитики, рассылок, хостинга, платёжных инструментов или иных </w:t>
      </w:r>
      <w:r>
        <w:t>IT</w:t>
      </w:r>
      <w:r w:rsidRPr="00511CB7">
        <w:rPr>
          <w:lang w:val="ru-RU"/>
        </w:rPr>
        <w:t>-сервисов Оператор обязан проверить необходимость выполнения требований законодательства Российской Федерации о трансграничной передаче персональных данных.</w:t>
      </w:r>
    </w:p>
    <w:p w14:paraId="61FEA9DD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12. Заключительные положения</w:t>
      </w:r>
    </w:p>
    <w:p w14:paraId="01C76B24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12.1. Оператор вправе вносить изменения в настоящую Политику. Новая редакция вступает в силу с момента размещения на сайте, если иное не указано в новой редакции.</w:t>
      </w:r>
    </w:p>
    <w:p w14:paraId="5A65EE1D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12.2. Актуальная редакция Политики постоянно доступна на сайте по адресу: [ссылка на страницу политики].</w:t>
      </w:r>
    </w:p>
    <w:p w14:paraId="136CA48F" w14:textId="77777777" w:rsidR="004A63F1" w:rsidRPr="00511CB7" w:rsidRDefault="00084849">
      <w:pPr>
        <w:rPr>
          <w:lang w:val="ru-RU"/>
        </w:rPr>
      </w:pPr>
      <w:r w:rsidRPr="00511CB7">
        <w:rPr>
          <w:lang w:val="ru-RU"/>
        </w:rPr>
        <w:br w:type="page"/>
      </w:r>
    </w:p>
    <w:p w14:paraId="49F1BA25" w14:textId="77777777" w:rsidR="004A63F1" w:rsidRPr="00511CB7" w:rsidRDefault="00084849">
      <w:pPr>
        <w:jc w:val="center"/>
        <w:rPr>
          <w:lang w:val="ru-RU"/>
        </w:rPr>
      </w:pPr>
      <w:r w:rsidRPr="00511CB7">
        <w:rPr>
          <w:b/>
          <w:sz w:val="28"/>
          <w:lang w:val="ru-RU"/>
        </w:rPr>
        <w:lastRenderedPageBreak/>
        <w:t>ДОКУМЕНТ 2</w:t>
      </w:r>
    </w:p>
    <w:p w14:paraId="597F001F" w14:textId="77777777" w:rsidR="004A63F1" w:rsidRPr="00511CB7" w:rsidRDefault="00084849">
      <w:pPr>
        <w:jc w:val="center"/>
        <w:rPr>
          <w:lang w:val="ru-RU"/>
        </w:rPr>
      </w:pPr>
      <w:r w:rsidRPr="00511CB7">
        <w:rPr>
          <w:b/>
          <w:sz w:val="32"/>
          <w:lang w:val="ru-RU"/>
        </w:rPr>
        <w:t>ПОЛИТИКА КОНФИДЕНЦИАЛЬНОСТИ</w:t>
      </w:r>
    </w:p>
    <w:p w14:paraId="438CB90F" w14:textId="77777777" w:rsidR="00511CB7" w:rsidRPr="00511CB7" w:rsidRDefault="00511CB7" w:rsidP="00511CB7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Редакция от: 13.05.2026</w:t>
      </w:r>
    </w:p>
    <w:p w14:paraId="08A449B9" w14:textId="77777777" w:rsidR="00511CB7" w:rsidRPr="00511CB7" w:rsidRDefault="00511CB7" w:rsidP="00511CB7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Сайт: https://аптека-ваше-здоровье.рф/</w:t>
      </w:r>
    </w:p>
    <w:p w14:paraId="21ACE672" w14:textId="10454C7F" w:rsidR="00511CB7" w:rsidRPr="00E62A51" w:rsidRDefault="00511CB7" w:rsidP="00511CB7">
      <w:pPr>
        <w:jc w:val="both"/>
        <w:rPr>
          <w:rFonts w:ascii="Roboto" w:hAnsi="Roboto"/>
          <w:color w:val="011C29"/>
          <w:shd w:val="clear" w:color="auto" w:fill="FFFFFF"/>
          <w:lang w:val="ru-RU"/>
        </w:rPr>
      </w:pPr>
      <w:r w:rsidRPr="00511CB7">
        <w:rPr>
          <w:rFonts w:cs="Times New Roman"/>
          <w:szCs w:val="24"/>
          <w:lang w:val="ru-RU"/>
        </w:rPr>
        <w:t xml:space="preserve">Оператор / администратор сайта: </w:t>
      </w:r>
      <w:r w:rsidR="00E62A51" w:rsidRPr="00E62A51">
        <w:rPr>
          <w:rFonts w:cs="Times New Roman"/>
          <w:color w:val="011C29"/>
          <w:szCs w:val="24"/>
          <w:shd w:val="clear" w:color="auto" w:fill="FFFFFF"/>
          <w:lang w:val="ru-RU"/>
        </w:rPr>
        <w:t>Общество с Ограниченной Ответственностью "Ваше Здоровье" (ООО "Ваше Здоровье")</w:t>
      </w:r>
    </w:p>
    <w:p w14:paraId="01116BA6" w14:textId="77777777" w:rsidR="00511CB7" w:rsidRPr="00511CB7" w:rsidRDefault="00511CB7" w:rsidP="00511CB7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ИНН: 9403001275; ОГРН: 1229400001368</w:t>
      </w:r>
    </w:p>
    <w:p w14:paraId="145B76AE" w14:textId="77777777" w:rsidR="00511CB7" w:rsidRPr="00511CB7" w:rsidRDefault="00511CB7" w:rsidP="00511CB7">
      <w:pPr>
        <w:spacing w:after="0" w:line="270" w:lineRule="atLeast"/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Адрес: 291034, Луганская Народная Республика, г.о. Город Луганск, г. Луганск, кв-л Молодежный, д. 2А</w:t>
      </w:r>
    </w:p>
    <w:p w14:paraId="13E4AD9B" w14:textId="3F389287" w:rsidR="00511CB7" w:rsidRPr="00511CB7" w:rsidRDefault="00511CB7" w:rsidP="00511CB7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</w:rPr>
        <w:t>Email</w:t>
      </w:r>
      <w:r w:rsidRPr="00511CB7">
        <w:rPr>
          <w:rFonts w:cs="Times New Roman"/>
          <w:szCs w:val="24"/>
          <w:lang w:val="ru-RU"/>
        </w:rPr>
        <w:t xml:space="preserve">: </w:t>
      </w:r>
      <w:r w:rsidRPr="00511CB7">
        <w:rPr>
          <w:rFonts w:cs="Times New Roman"/>
          <w:b/>
          <w:bCs/>
          <w:szCs w:val="24"/>
        </w:rPr>
        <w:t>lugafarmopt</w:t>
      </w:r>
      <w:r w:rsidRPr="00511CB7">
        <w:rPr>
          <w:rFonts w:cs="Times New Roman"/>
          <w:b/>
          <w:bCs/>
          <w:szCs w:val="24"/>
          <w:lang w:val="ru-RU"/>
        </w:rPr>
        <w:t>@</w:t>
      </w:r>
      <w:r w:rsidRPr="00511CB7">
        <w:rPr>
          <w:rFonts w:cs="Times New Roman"/>
          <w:b/>
          <w:bCs/>
          <w:szCs w:val="24"/>
        </w:rPr>
        <w:t>bk</w:t>
      </w:r>
      <w:r w:rsidRPr="00511CB7">
        <w:rPr>
          <w:rFonts w:cs="Times New Roman"/>
          <w:b/>
          <w:bCs/>
          <w:szCs w:val="24"/>
          <w:lang w:val="ru-RU"/>
        </w:rPr>
        <w:t>.</w:t>
      </w:r>
      <w:r w:rsidRPr="00511CB7">
        <w:rPr>
          <w:rFonts w:cs="Times New Roman"/>
          <w:b/>
          <w:bCs/>
          <w:szCs w:val="24"/>
        </w:rPr>
        <w:t>ru</w:t>
      </w:r>
      <w:r w:rsidRPr="00511CB7">
        <w:rPr>
          <w:rFonts w:cs="Times New Roman"/>
          <w:szCs w:val="24"/>
          <w:lang w:val="ru-RU"/>
        </w:rPr>
        <w:t xml:space="preserve">; телефон: </w:t>
      </w:r>
      <w:r w:rsidR="00E62A51">
        <w:rPr>
          <w:rFonts w:cs="Times New Roman"/>
          <w:b/>
          <w:bCs/>
          <w:szCs w:val="24"/>
          <w:lang w:val="ru-RU"/>
        </w:rPr>
        <w:t>+7 (959) 542-23-71</w:t>
      </w:r>
    </w:p>
    <w:p w14:paraId="08110E64" w14:textId="77777777" w:rsidR="004A63F1" w:rsidRPr="00511CB7" w:rsidRDefault="004A63F1">
      <w:pPr>
        <w:jc w:val="both"/>
        <w:rPr>
          <w:lang w:val="ru-RU"/>
        </w:rPr>
      </w:pPr>
    </w:p>
    <w:p w14:paraId="1161D82A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1. Общие положения</w:t>
      </w:r>
    </w:p>
    <w:p w14:paraId="7F0FB958" w14:textId="77777777" w:rsidR="00511CB7" w:rsidRPr="00511CB7" w:rsidRDefault="00511CB7" w:rsidP="00511CB7">
      <w:pPr>
        <w:jc w:val="both"/>
        <w:rPr>
          <w:lang w:val="ru-RU"/>
        </w:rPr>
      </w:pPr>
      <w:r w:rsidRPr="00511CB7">
        <w:rPr>
          <w:lang w:val="ru-RU"/>
        </w:rPr>
        <w:t>1.1. Настоящая Политика в отношении обработки персональных данных определяет порядок обработки и защиты персональных данных пользователей сайта аптечной сети «Ваше здоровье», размещённого по адресу: https://аптека-ваше-здоровье.рф.</w:t>
      </w:r>
    </w:p>
    <w:p w14:paraId="65F3B803" w14:textId="77777777" w:rsidR="00E62A51" w:rsidRDefault="00511CB7" w:rsidP="00E62A51">
      <w:pPr>
        <w:jc w:val="both"/>
        <w:rPr>
          <w:rFonts w:ascii="Roboto" w:hAnsi="Roboto"/>
          <w:color w:val="011C29"/>
          <w:shd w:val="clear" w:color="auto" w:fill="FFFFFF"/>
          <w:lang w:val="ru-RU"/>
        </w:rPr>
      </w:pPr>
      <w:r w:rsidRPr="00511CB7">
        <w:rPr>
          <w:lang w:val="ru-RU"/>
        </w:rPr>
        <w:t xml:space="preserve">1.2. Оператором персональных данных является </w:t>
      </w:r>
      <w:r w:rsidR="00E62A51" w:rsidRPr="00E62A51">
        <w:rPr>
          <w:rFonts w:cs="Times New Roman"/>
          <w:color w:val="011C29"/>
          <w:szCs w:val="24"/>
          <w:shd w:val="clear" w:color="auto" w:fill="FFFFFF"/>
          <w:lang w:val="ru-RU"/>
        </w:rPr>
        <w:t>Общество с Ограниченной Ответственностью "Ваше Здоровье" (ООО "Ваше Здоровье")</w:t>
      </w:r>
    </w:p>
    <w:p w14:paraId="1946567D" w14:textId="3228E55C" w:rsidR="00511CB7" w:rsidRPr="00511CB7" w:rsidRDefault="00511CB7" w:rsidP="00511CB7">
      <w:pPr>
        <w:jc w:val="both"/>
        <w:rPr>
          <w:rFonts w:cs="Times New Roman"/>
          <w:szCs w:val="24"/>
          <w:lang w:val="ru-RU"/>
        </w:rPr>
      </w:pPr>
      <w:r w:rsidRPr="00511CB7">
        <w:rPr>
          <w:lang w:val="ru-RU"/>
        </w:rPr>
        <w:t>,</w:t>
      </w:r>
      <w:r w:rsidRPr="00511CB7">
        <w:rPr>
          <w:rFonts w:cs="Times New Roman"/>
          <w:szCs w:val="24"/>
          <w:lang w:val="ru-RU"/>
        </w:rPr>
        <w:t xml:space="preserve"> ИНН: 9403001275; ОГРН: 1229400001368</w:t>
      </w:r>
      <w:r>
        <w:rPr>
          <w:rFonts w:cs="Times New Roman"/>
          <w:szCs w:val="24"/>
          <w:lang w:val="ru-RU"/>
        </w:rPr>
        <w:t>, а</w:t>
      </w:r>
      <w:r w:rsidRPr="00511CB7">
        <w:rPr>
          <w:rFonts w:cs="Times New Roman"/>
          <w:szCs w:val="24"/>
          <w:lang w:val="ru-RU"/>
        </w:rPr>
        <w:t>дрес: 291034, Луганская Народная Республика, г.о. Город Луганск, г. Луганск, кв-л Молодежный, д. 2А</w:t>
      </w:r>
      <w:r w:rsidRPr="00511CB7">
        <w:rPr>
          <w:lang w:val="ru-RU"/>
        </w:rPr>
        <w:t>.</w:t>
      </w:r>
    </w:p>
    <w:p w14:paraId="6871CA73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1.3. Использование сайта означает ознакомление пользователя с условиями настоящей Политики конфиденциальности.</w:t>
      </w:r>
    </w:p>
    <w:p w14:paraId="70708B05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1.4. Если пользователь не согласен с условиями настоящей Политики, он должен прекратить использование сайта.</w:t>
      </w:r>
    </w:p>
    <w:p w14:paraId="28923894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2. Какая информация собирается</w:t>
      </w:r>
    </w:p>
    <w:p w14:paraId="0C913FB0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2.1. При использовании сайта могут собираться следующие сведения:</w:t>
      </w:r>
    </w:p>
    <w:p w14:paraId="3B450613" w14:textId="77777777" w:rsidR="004A63F1" w:rsidRDefault="00084849">
      <w:pPr>
        <w:pStyle w:val="a0"/>
        <w:spacing w:after="40"/>
        <w:ind w:left="340"/>
      </w:pPr>
      <w:r>
        <w:t>номер телефона;</w:t>
      </w:r>
    </w:p>
    <w:p w14:paraId="6206D726" w14:textId="77777777" w:rsidR="004A63F1" w:rsidRDefault="00084849">
      <w:pPr>
        <w:pStyle w:val="a0"/>
        <w:spacing w:after="40"/>
        <w:ind w:left="340"/>
      </w:pPr>
      <w:r>
        <w:t>фамилия, имя, отчество;</w:t>
      </w:r>
    </w:p>
    <w:p w14:paraId="3B78BB40" w14:textId="77777777" w:rsidR="004A63F1" w:rsidRDefault="00084849">
      <w:pPr>
        <w:pStyle w:val="a0"/>
        <w:spacing w:after="40"/>
        <w:ind w:left="340"/>
      </w:pPr>
      <w:r>
        <w:t>адрес электронной почты;</w:t>
      </w:r>
    </w:p>
    <w:p w14:paraId="21B4560D" w14:textId="6F025B85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выбранная аптека самовывоза;</w:t>
      </w:r>
    </w:p>
    <w:p w14:paraId="62B28C95" w14:textId="77777777" w:rsidR="004A63F1" w:rsidRDefault="00084849">
      <w:pPr>
        <w:pStyle w:val="a0"/>
        <w:spacing w:after="40"/>
        <w:ind w:left="340"/>
      </w:pPr>
      <w:r>
        <w:t>история заказов и обращений;</w:t>
      </w:r>
    </w:p>
    <w:p w14:paraId="76C818E0" w14:textId="77777777" w:rsidR="004A63F1" w:rsidRDefault="00084849">
      <w:pPr>
        <w:pStyle w:val="a0"/>
        <w:spacing w:after="40"/>
        <w:ind w:left="340"/>
      </w:pPr>
      <w:r>
        <w:t>содержание обращений пользователя;</w:t>
      </w:r>
    </w:p>
    <w:p w14:paraId="756F4707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>
        <w:t>IP</w:t>
      </w:r>
      <w:r w:rsidRPr="00511CB7">
        <w:rPr>
          <w:lang w:val="ru-RU"/>
        </w:rPr>
        <w:t xml:space="preserve">-адрес, </w:t>
      </w:r>
      <w:r>
        <w:t>cookie</w:t>
      </w:r>
      <w:r w:rsidRPr="00511CB7">
        <w:rPr>
          <w:lang w:val="ru-RU"/>
        </w:rPr>
        <w:t>-файлы, сведения о браузере, устройстве, операционной системе;</w:t>
      </w:r>
    </w:p>
    <w:p w14:paraId="4904C8E9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дата и время посещения сайта, сведения о действиях пользователя на сайте.</w:t>
      </w:r>
    </w:p>
    <w:p w14:paraId="579C65BD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3. Для чего используется информация</w:t>
      </w:r>
    </w:p>
    <w:p w14:paraId="25F7EE5C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3.1. Информация пользователя используется для следующих целей:</w:t>
      </w:r>
    </w:p>
    <w:p w14:paraId="33800C13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регистрация и вход на сайт;</w:t>
      </w:r>
    </w:p>
    <w:p w14:paraId="525C07C6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lastRenderedPageBreak/>
        <w:t>создание и обслуживание личного кабинета;</w:t>
      </w:r>
    </w:p>
    <w:p w14:paraId="2FA30CB9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оформление, подтверждение и исполнение заказов;</w:t>
      </w:r>
    </w:p>
    <w:p w14:paraId="1D2BEE39" w14:textId="77777777" w:rsidR="004A63F1" w:rsidRDefault="00084849">
      <w:pPr>
        <w:pStyle w:val="a0"/>
        <w:spacing w:after="40"/>
        <w:ind w:left="340"/>
      </w:pPr>
      <w:r>
        <w:t>подтверждение номера телефона;</w:t>
      </w:r>
    </w:p>
    <w:p w14:paraId="395ED274" w14:textId="77777777" w:rsidR="004A63F1" w:rsidRDefault="00084849">
      <w:pPr>
        <w:pStyle w:val="a0"/>
        <w:spacing w:after="40"/>
        <w:ind w:left="340"/>
      </w:pPr>
      <w:r>
        <w:t>уведомление о статусе заказа;</w:t>
      </w:r>
    </w:p>
    <w:p w14:paraId="05BC8C81" w14:textId="77777777" w:rsidR="004A63F1" w:rsidRDefault="00084849">
      <w:pPr>
        <w:pStyle w:val="a0"/>
        <w:spacing w:after="40"/>
        <w:ind w:left="340"/>
      </w:pPr>
      <w:r>
        <w:t>обработка обращений и запросов;</w:t>
      </w:r>
    </w:p>
    <w:p w14:paraId="5CF70A6F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обеспечение безопасности сайта и предотвращение мошенничества;</w:t>
      </w:r>
    </w:p>
    <w:p w14:paraId="0C583326" w14:textId="77777777" w:rsidR="004A63F1" w:rsidRDefault="00084849">
      <w:pPr>
        <w:pStyle w:val="a0"/>
        <w:spacing w:after="40"/>
        <w:ind w:left="340"/>
      </w:pPr>
      <w:r>
        <w:t>улучшение работы сайта;</w:t>
      </w:r>
    </w:p>
    <w:p w14:paraId="2EAEDEB8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направление рекламных и информационных сообщений при наличии отдельного согласия пользователя.</w:t>
      </w:r>
    </w:p>
    <w:p w14:paraId="05A30F3D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4. Личный кабинет</w:t>
      </w:r>
    </w:p>
    <w:p w14:paraId="5B8C5B32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4.1. Для доступа к отдельным функциям сайта пользователь может пройти регистрацию по номеру телефона.</w:t>
      </w:r>
    </w:p>
    <w:p w14:paraId="3293644F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4.2. Пользователь обязан указывать достоверные сведения и не передавать доступ к личному кабинету третьим лицам.</w:t>
      </w:r>
    </w:p>
    <w:p w14:paraId="5B7BE7B1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4.3. Пользователь несёт ответственность за действия, совершённые с использованием его личного кабинета, если не доказано иное.</w:t>
      </w:r>
    </w:p>
    <w:p w14:paraId="6085C1A7" w14:textId="10B945BA" w:rsidR="004A63F1" w:rsidRPr="00511CB7" w:rsidRDefault="00511CB7">
      <w:pPr>
        <w:pStyle w:val="1"/>
        <w:spacing w:before="160" w:after="80"/>
        <w:rPr>
          <w:lang w:val="ru-RU"/>
        </w:rPr>
      </w:pPr>
      <w:r>
        <w:rPr>
          <w:lang w:val="ru-RU"/>
        </w:rPr>
        <w:t>5</w:t>
      </w:r>
      <w:r w:rsidRPr="00511CB7">
        <w:rPr>
          <w:lang w:val="ru-RU"/>
        </w:rPr>
        <w:t>. Передача информации третьим лицам</w:t>
      </w:r>
    </w:p>
    <w:p w14:paraId="06630827" w14:textId="4CECF9D6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5</w:t>
      </w:r>
      <w:r w:rsidRPr="00511CB7">
        <w:rPr>
          <w:lang w:val="ru-RU"/>
        </w:rPr>
        <w:t>.1. Информация пользователя может передаваться третьим лицам только в случаях, необходимых для р</w:t>
      </w:r>
      <w:r w:rsidR="00E27EAF">
        <w:rPr>
          <w:lang w:val="ru-RU"/>
        </w:rPr>
        <w:t>аботы сайта, исполнения заказа</w:t>
      </w:r>
      <w:r w:rsidRPr="00511CB7">
        <w:rPr>
          <w:lang w:val="ru-RU"/>
        </w:rPr>
        <w:t>, технического обслуживания сайта или исполнения требований закона.</w:t>
      </w:r>
    </w:p>
    <w:p w14:paraId="203C6389" w14:textId="24A7C1AF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5</w:t>
      </w:r>
      <w:r w:rsidRPr="00511CB7">
        <w:rPr>
          <w:lang w:val="ru-RU"/>
        </w:rPr>
        <w:t xml:space="preserve">.2. Информация может передаваться банкам и платёжным сервисам, операторам связи, </w:t>
      </w:r>
      <w:r>
        <w:t>SMS</w:t>
      </w:r>
      <w:r w:rsidRPr="00511CB7">
        <w:rPr>
          <w:lang w:val="ru-RU"/>
        </w:rPr>
        <w:t xml:space="preserve">-сервисам, сервисам </w:t>
      </w:r>
      <w:r>
        <w:t>email</w:t>
      </w:r>
      <w:r w:rsidRPr="00511CB7">
        <w:rPr>
          <w:lang w:val="ru-RU"/>
        </w:rPr>
        <w:t xml:space="preserve">-рассылок, </w:t>
      </w:r>
      <w:r>
        <w:t>IT</w:t>
      </w:r>
      <w:r w:rsidRPr="00511CB7">
        <w:rPr>
          <w:lang w:val="ru-RU"/>
        </w:rPr>
        <w:t>-подрядчикам, хостинг-провайдерам и государственным органам в случаях, предусмотренных законодательством Российской Федерации.</w:t>
      </w:r>
    </w:p>
    <w:p w14:paraId="47C34E6B" w14:textId="58151E90" w:rsidR="004A63F1" w:rsidRPr="00511CB7" w:rsidRDefault="00511CB7">
      <w:pPr>
        <w:pStyle w:val="1"/>
        <w:spacing w:before="160" w:after="80"/>
        <w:rPr>
          <w:lang w:val="ru-RU"/>
        </w:rPr>
      </w:pPr>
      <w:r>
        <w:rPr>
          <w:lang w:val="ru-RU"/>
        </w:rPr>
        <w:t>6</w:t>
      </w:r>
      <w:r w:rsidRPr="00511CB7">
        <w:rPr>
          <w:lang w:val="ru-RU"/>
        </w:rPr>
        <w:t>. Рекламные и информационные сообщения</w:t>
      </w:r>
    </w:p>
    <w:p w14:paraId="2AA43BEF" w14:textId="33B1B8B4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6</w:t>
      </w:r>
      <w:r w:rsidRPr="00511CB7">
        <w:rPr>
          <w:lang w:val="ru-RU"/>
        </w:rPr>
        <w:t>.1. Рекламные и информационные сообщения направляются пользователю только при наличии его отдельного согласия.</w:t>
      </w:r>
    </w:p>
    <w:p w14:paraId="799C0A3A" w14:textId="25EA331A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6</w:t>
      </w:r>
      <w:r w:rsidRPr="00511CB7">
        <w:rPr>
          <w:lang w:val="ru-RU"/>
        </w:rPr>
        <w:t xml:space="preserve">.2. Пользователь может отказаться от получения рекламных сообщений через личный кабинет, по ссылке отписки в сообщении, если такая ссылка предусмотрена, либо путём направления обращения на </w:t>
      </w:r>
      <w:r>
        <w:t>email</w:t>
      </w:r>
      <w:r w:rsidRPr="00511CB7">
        <w:rPr>
          <w:lang w:val="ru-RU"/>
        </w:rPr>
        <w:t>:</w:t>
      </w:r>
      <w:r w:rsidRPr="00511CB7">
        <w:rPr>
          <w:rFonts w:cs="Times New Roman"/>
          <w:b/>
          <w:bCs/>
          <w:szCs w:val="24"/>
          <w:lang w:val="ru-RU"/>
        </w:rPr>
        <w:t xml:space="preserve"> </w:t>
      </w:r>
      <w:r w:rsidRPr="00511CB7">
        <w:rPr>
          <w:rFonts w:cs="Times New Roman"/>
          <w:b/>
          <w:bCs/>
          <w:szCs w:val="24"/>
        </w:rPr>
        <w:t>lugafarmopt</w:t>
      </w:r>
      <w:r w:rsidRPr="00511CB7">
        <w:rPr>
          <w:rFonts w:cs="Times New Roman"/>
          <w:b/>
          <w:bCs/>
          <w:szCs w:val="24"/>
          <w:lang w:val="ru-RU"/>
        </w:rPr>
        <w:t>@</w:t>
      </w:r>
      <w:r w:rsidRPr="00511CB7">
        <w:rPr>
          <w:rFonts w:cs="Times New Roman"/>
          <w:b/>
          <w:bCs/>
          <w:szCs w:val="24"/>
        </w:rPr>
        <w:t>bk</w:t>
      </w:r>
      <w:r w:rsidRPr="00511CB7">
        <w:rPr>
          <w:rFonts w:cs="Times New Roman"/>
          <w:b/>
          <w:bCs/>
          <w:szCs w:val="24"/>
          <w:lang w:val="ru-RU"/>
        </w:rPr>
        <w:t>.</w:t>
      </w:r>
      <w:r w:rsidRPr="00511CB7">
        <w:rPr>
          <w:rFonts w:cs="Times New Roman"/>
          <w:b/>
          <w:bCs/>
          <w:szCs w:val="24"/>
        </w:rPr>
        <w:t>ru</w:t>
      </w:r>
      <w:r w:rsidRPr="00511CB7">
        <w:rPr>
          <w:lang w:val="ru-RU"/>
        </w:rPr>
        <w:t>.</w:t>
      </w:r>
    </w:p>
    <w:p w14:paraId="72413B11" w14:textId="1BF99D65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6</w:t>
      </w:r>
      <w:r w:rsidRPr="00511CB7">
        <w:rPr>
          <w:lang w:val="ru-RU"/>
        </w:rPr>
        <w:t xml:space="preserve">.3. Отказ от рекламных сообщений не прекращает направление </w:t>
      </w:r>
      <w:r w:rsidR="00E27EAF">
        <w:rPr>
          <w:lang w:val="ru-RU"/>
        </w:rPr>
        <w:t>сервисных уведомлений, уведомления о заказе и самовывозе</w:t>
      </w:r>
      <w:r w:rsidRPr="00511CB7">
        <w:rPr>
          <w:lang w:val="ru-RU"/>
        </w:rPr>
        <w:t>, оплатой, доставкой, безопасностью аккаунта или использованием сайта.</w:t>
      </w:r>
    </w:p>
    <w:p w14:paraId="4B83FFE0" w14:textId="22221D75" w:rsidR="004A63F1" w:rsidRPr="00511CB7" w:rsidRDefault="00511CB7">
      <w:pPr>
        <w:pStyle w:val="1"/>
        <w:spacing w:before="160" w:after="80"/>
        <w:rPr>
          <w:lang w:val="ru-RU"/>
        </w:rPr>
      </w:pPr>
      <w:r>
        <w:rPr>
          <w:lang w:val="ru-RU"/>
        </w:rPr>
        <w:t>7</w:t>
      </w:r>
      <w:r w:rsidRPr="00511CB7">
        <w:rPr>
          <w:lang w:val="ru-RU"/>
        </w:rPr>
        <w:t xml:space="preserve">. </w:t>
      </w:r>
      <w:r>
        <w:t>Cookie</w:t>
      </w:r>
      <w:r w:rsidRPr="00511CB7">
        <w:rPr>
          <w:lang w:val="ru-RU"/>
        </w:rPr>
        <w:t>-файлы</w:t>
      </w:r>
    </w:p>
    <w:p w14:paraId="21FC023A" w14:textId="147FFC10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7</w:t>
      </w:r>
      <w:r w:rsidRPr="00511CB7">
        <w:rPr>
          <w:lang w:val="ru-RU"/>
        </w:rPr>
        <w:t xml:space="preserve">.1. Сайт использует </w:t>
      </w:r>
      <w:r>
        <w:t>cookie</w:t>
      </w:r>
      <w:r w:rsidRPr="00511CB7">
        <w:rPr>
          <w:lang w:val="ru-RU"/>
        </w:rPr>
        <w:t>-файлы для корректной работы, авторизации пользователя, сохранения настроек, анализа посещаемости и улучшения качества сервиса.</w:t>
      </w:r>
    </w:p>
    <w:p w14:paraId="5BEE3A58" w14:textId="45742955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lastRenderedPageBreak/>
        <w:t>7</w:t>
      </w:r>
      <w:r w:rsidRPr="00511CB7">
        <w:rPr>
          <w:lang w:val="ru-RU"/>
        </w:rPr>
        <w:t xml:space="preserve">.2. Пользователь может отключить </w:t>
      </w:r>
      <w:r>
        <w:t>cookie</w:t>
      </w:r>
      <w:r w:rsidRPr="00511CB7">
        <w:rPr>
          <w:lang w:val="ru-RU"/>
        </w:rPr>
        <w:t xml:space="preserve">-файлы в настройках браузера. Отключение </w:t>
      </w:r>
      <w:r>
        <w:t>cookie</w:t>
      </w:r>
      <w:r w:rsidRPr="00511CB7">
        <w:rPr>
          <w:lang w:val="ru-RU"/>
        </w:rPr>
        <w:t>-файлов может привести к некорректной работе отдельных функций сайта.</w:t>
      </w:r>
    </w:p>
    <w:p w14:paraId="5D41228D" w14:textId="21BB0D4F" w:rsidR="004A63F1" w:rsidRPr="00511CB7" w:rsidRDefault="00511CB7">
      <w:pPr>
        <w:pStyle w:val="1"/>
        <w:spacing w:before="160" w:after="80"/>
        <w:rPr>
          <w:lang w:val="ru-RU"/>
        </w:rPr>
      </w:pPr>
      <w:r>
        <w:rPr>
          <w:lang w:val="ru-RU"/>
        </w:rPr>
        <w:t>8</w:t>
      </w:r>
      <w:r w:rsidRPr="00511CB7">
        <w:rPr>
          <w:lang w:val="ru-RU"/>
        </w:rPr>
        <w:t>. Защита информации</w:t>
      </w:r>
    </w:p>
    <w:p w14:paraId="26D75A3C" w14:textId="63B86FED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8</w:t>
      </w:r>
      <w:r w:rsidRPr="00511CB7">
        <w:rPr>
          <w:lang w:val="ru-RU"/>
        </w:rPr>
        <w:t>.1. Администратор сайта принимает необходимые меры для защиты информации пользователей от неправомерного доступа, изменения, раскрытия, уничтожения или распространения.</w:t>
      </w:r>
    </w:p>
    <w:p w14:paraId="2EAD6F90" w14:textId="71A029DB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8</w:t>
      </w:r>
      <w:r w:rsidRPr="00511CB7">
        <w:rPr>
          <w:lang w:val="ru-RU"/>
        </w:rPr>
        <w:t>.2. Доступ к информации предоставляется только тем лицам, которым он необходим для выполнения служебных, договорных или технических обязанностей.</w:t>
      </w:r>
    </w:p>
    <w:p w14:paraId="4E9DB0E4" w14:textId="34C3C94F" w:rsidR="004A63F1" w:rsidRPr="00511CB7" w:rsidRDefault="00511CB7">
      <w:pPr>
        <w:pStyle w:val="1"/>
        <w:spacing w:before="160" w:after="80"/>
        <w:rPr>
          <w:lang w:val="ru-RU"/>
        </w:rPr>
      </w:pPr>
      <w:r>
        <w:rPr>
          <w:lang w:val="ru-RU"/>
        </w:rPr>
        <w:t>9</w:t>
      </w:r>
      <w:r w:rsidRPr="00511CB7">
        <w:rPr>
          <w:lang w:val="ru-RU"/>
        </w:rPr>
        <w:t>. Информация о лекарственных препаратах и аптечных товарах</w:t>
      </w:r>
    </w:p>
    <w:p w14:paraId="129802E8" w14:textId="5F45F38A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9</w:t>
      </w:r>
      <w:r w:rsidRPr="00511CB7">
        <w:rPr>
          <w:lang w:val="ru-RU"/>
        </w:rPr>
        <w:t>.1. Информация, размещённая на сайте, носит справочно-информационный характер.</w:t>
      </w:r>
    </w:p>
    <w:p w14:paraId="6CB43D38" w14:textId="126DAEEA" w:rsidR="004A63F1" w:rsidRPr="00511CB7" w:rsidRDefault="00511CB7">
      <w:pPr>
        <w:jc w:val="both"/>
        <w:rPr>
          <w:lang w:val="ru-RU"/>
        </w:rPr>
      </w:pPr>
      <w:r>
        <w:rPr>
          <w:lang w:val="ru-RU"/>
        </w:rPr>
        <w:t>9</w:t>
      </w:r>
      <w:r w:rsidRPr="00511CB7">
        <w:rPr>
          <w:lang w:val="ru-RU"/>
        </w:rPr>
        <w:t>.2. Информация на сайте не является медицинской консультацией, назначением лечения или заменой консультации врача.</w:t>
      </w:r>
    </w:p>
    <w:p w14:paraId="599D7D5C" w14:textId="4DC6E432" w:rsidR="004A63F1" w:rsidRPr="00511CB7" w:rsidRDefault="00661728">
      <w:pPr>
        <w:jc w:val="both"/>
        <w:rPr>
          <w:lang w:val="ru-RU"/>
        </w:rPr>
      </w:pPr>
      <w:r>
        <w:rPr>
          <w:lang w:val="ru-RU"/>
        </w:rPr>
        <w:t>9</w:t>
      </w:r>
      <w:r w:rsidRPr="00511CB7">
        <w:rPr>
          <w:lang w:val="ru-RU"/>
        </w:rPr>
        <w:t>.3. Перед применением лекарственных препаратов пользователь обязан ознакомиться с инструкцией по медицинскому применению и при необходимости обратиться за консультацией к врачу или фармацевтическому специалисту.</w:t>
      </w:r>
    </w:p>
    <w:p w14:paraId="09DF218B" w14:textId="78EFC030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</w:t>
      </w:r>
      <w:r w:rsidR="00661728">
        <w:rPr>
          <w:lang w:val="ru-RU"/>
        </w:rPr>
        <w:t>0</w:t>
      </w:r>
      <w:r w:rsidRPr="00511CB7">
        <w:rPr>
          <w:lang w:val="ru-RU"/>
        </w:rPr>
        <w:t>. Изменение Политики конфиденциальности</w:t>
      </w:r>
    </w:p>
    <w:p w14:paraId="50169348" w14:textId="263D6CA3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</w:t>
      </w:r>
      <w:r w:rsidR="00661728">
        <w:rPr>
          <w:lang w:val="ru-RU"/>
        </w:rPr>
        <w:t>0</w:t>
      </w:r>
      <w:r w:rsidRPr="00511CB7">
        <w:rPr>
          <w:lang w:val="ru-RU"/>
        </w:rPr>
        <w:t>.1. Администратор сайта вправе изменять настоящую Политику конфиденциальности.</w:t>
      </w:r>
    </w:p>
    <w:p w14:paraId="0D1D1D6E" w14:textId="6FE6469D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</w:t>
      </w:r>
      <w:r w:rsidR="00661728">
        <w:rPr>
          <w:lang w:val="ru-RU"/>
        </w:rPr>
        <w:t>0</w:t>
      </w:r>
      <w:r w:rsidRPr="00511CB7">
        <w:rPr>
          <w:lang w:val="ru-RU"/>
        </w:rPr>
        <w:t>.2. Новая редакция вступает в силу с момента размещения на сайте, если иное не предусмотрено новой редакцией.</w:t>
      </w:r>
    </w:p>
    <w:p w14:paraId="30FECA7F" w14:textId="78987115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</w:t>
      </w:r>
      <w:r w:rsidR="00661728">
        <w:rPr>
          <w:lang w:val="ru-RU"/>
        </w:rPr>
        <w:t>1</w:t>
      </w:r>
      <w:r w:rsidRPr="00511CB7">
        <w:rPr>
          <w:lang w:val="ru-RU"/>
        </w:rPr>
        <w:t>. Контакты</w:t>
      </w:r>
    </w:p>
    <w:p w14:paraId="39AB3331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По вопросам конфиденциальности и обработки информации пользователь может обратиться:</w:t>
      </w:r>
    </w:p>
    <w:p w14:paraId="77D7BC75" w14:textId="30BE1567" w:rsidR="004A63F1" w:rsidRPr="00E62A51" w:rsidRDefault="00084849">
      <w:pPr>
        <w:jc w:val="both"/>
        <w:rPr>
          <w:rFonts w:ascii="Roboto" w:hAnsi="Roboto"/>
          <w:color w:val="011C29"/>
          <w:shd w:val="clear" w:color="auto" w:fill="FFFFFF"/>
          <w:lang w:val="ru-RU"/>
        </w:rPr>
      </w:pPr>
      <w:r w:rsidRPr="00511CB7">
        <w:rPr>
          <w:lang w:val="ru-RU"/>
        </w:rPr>
        <w:t xml:space="preserve">Наименование: </w:t>
      </w:r>
      <w:r w:rsidR="00E62A51" w:rsidRPr="00E62A51">
        <w:rPr>
          <w:rFonts w:cs="Times New Roman"/>
          <w:color w:val="011C29"/>
          <w:szCs w:val="24"/>
          <w:shd w:val="clear" w:color="auto" w:fill="FFFFFF"/>
          <w:lang w:val="ru-RU"/>
        </w:rPr>
        <w:t>Общество с Ограниченной Ответственностью "Ваше Здоровье" (ООО "Ваше Здоровье")</w:t>
      </w:r>
    </w:p>
    <w:p w14:paraId="23910D3C" w14:textId="77777777" w:rsidR="00661728" w:rsidRPr="00511CB7" w:rsidRDefault="00661728" w:rsidP="00661728">
      <w:pPr>
        <w:spacing w:after="0" w:line="270" w:lineRule="atLeast"/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Адрес: 291034, Луганская Народная Республика, г.о. Город Луганск, г. Луганск, кв-л Молодежный, д. 2А</w:t>
      </w:r>
    </w:p>
    <w:p w14:paraId="0EB5760A" w14:textId="128E9C6A" w:rsidR="00661728" w:rsidRPr="00511CB7" w:rsidRDefault="00661728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</w:rPr>
        <w:t>Email</w:t>
      </w:r>
      <w:r w:rsidRPr="00511CB7">
        <w:rPr>
          <w:rFonts w:cs="Times New Roman"/>
          <w:szCs w:val="24"/>
          <w:lang w:val="ru-RU"/>
        </w:rPr>
        <w:t xml:space="preserve">: </w:t>
      </w:r>
      <w:r w:rsidRPr="00511CB7">
        <w:rPr>
          <w:rFonts w:cs="Times New Roman"/>
          <w:b/>
          <w:bCs/>
          <w:szCs w:val="24"/>
        </w:rPr>
        <w:t>lugafarmopt</w:t>
      </w:r>
      <w:r w:rsidRPr="00511CB7">
        <w:rPr>
          <w:rFonts w:cs="Times New Roman"/>
          <w:b/>
          <w:bCs/>
          <w:szCs w:val="24"/>
          <w:lang w:val="ru-RU"/>
        </w:rPr>
        <w:t>@</w:t>
      </w:r>
      <w:r w:rsidRPr="00511CB7">
        <w:rPr>
          <w:rFonts w:cs="Times New Roman"/>
          <w:b/>
          <w:bCs/>
          <w:szCs w:val="24"/>
        </w:rPr>
        <w:t>bk</w:t>
      </w:r>
      <w:r w:rsidRPr="00511CB7">
        <w:rPr>
          <w:rFonts w:cs="Times New Roman"/>
          <w:b/>
          <w:bCs/>
          <w:szCs w:val="24"/>
          <w:lang w:val="ru-RU"/>
        </w:rPr>
        <w:t>.</w:t>
      </w:r>
      <w:r w:rsidRPr="00511CB7">
        <w:rPr>
          <w:rFonts w:cs="Times New Roman"/>
          <w:b/>
          <w:bCs/>
          <w:szCs w:val="24"/>
        </w:rPr>
        <w:t>ru</w:t>
      </w:r>
      <w:r w:rsidRPr="00511CB7">
        <w:rPr>
          <w:rFonts w:cs="Times New Roman"/>
          <w:szCs w:val="24"/>
          <w:lang w:val="ru-RU"/>
        </w:rPr>
        <w:t xml:space="preserve">; телефон: </w:t>
      </w:r>
      <w:r w:rsidR="00E62A51">
        <w:rPr>
          <w:rFonts w:cs="Times New Roman"/>
          <w:b/>
          <w:bCs/>
          <w:szCs w:val="24"/>
          <w:lang w:val="ru-RU"/>
        </w:rPr>
        <w:t>+7 (959) 542-23-71</w:t>
      </w:r>
    </w:p>
    <w:p w14:paraId="498D5A4C" w14:textId="77777777" w:rsidR="004A63F1" w:rsidRPr="00511CB7" w:rsidRDefault="00084849">
      <w:pPr>
        <w:rPr>
          <w:lang w:val="ru-RU"/>
        </w:rPr>
      </w:pPr>
      <w:r w:rsidRPr="00511CB7">
        <w:rPr>
          <w:lang w:val="ru-RU"/>
        </w:rPr>
        <w:br w:type="page"/>
      </w:r>
    </w:p>
    <w:p w14:paraId="4ECDF943" w14:textId="77777777" w:rsidR="004A63F1" w:rsidRPr="00511CB7" w:rsidRDefault="00084849">
      <w:pPr>
        <w:jc w:val="center"/>
        <w:rPr>
          <w:lang w:val="ru-RU"/>
        </w:rPr>
      </w:pPr>
      <w:r w:rsidRPr="00511CB7">
        <w:rPr>
          <w:b/>
          <w:sz w:val="28"/>
          <w:lang w:val="ru-RU"/>
        </w:rPr>
        <w:lastRenderedPageBreak/>
        <w:t>ДОКУМЕНТ 3</w:t>
      </w:r>
    </w:p>
    <w:p w14:paraId="4EE06F82" w14:textId="77777777" w:rsidR="004A63F1" w:rsidRPr="00511CB7" w:rsidRDefault="00084849">
      <w:pPr>
        <w:jc w:val="center"/>
        <w:rPr>
          <w:lang w:val="ru-RU"/>
        </w:rPr>
      </w:pPr>
      <w:r w:rsidRPr="00511CB7">
        <w:rPr>
          <w:b/>
          <w:sz w:val="32"/>
          <w:lang w:val="ru-RU"/>
        </w:rPr>
        <w:t>ПОЛЬЗОВАТЕЛЬСКОЕ СОГЛАШЕНИЕ</w:t>
      </w:r>
    </w:p>
    <w:p w14:paraId="6C3A8C13" w14:textId="77777777" w:rsidR="00661728" w:rsidRPr="00511CB7" w:rsidRDefault="00661728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Редакция от: 13.05.2026</w:t>
      </w:r>
    </w:p>
    <w:p w14:paraId="1D1C98C9" w14:textId="77777777" w:rsidR="00661728" w:rsidRPr="00511CB7" w:rsidRDefault="00661728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Сайт: https://аптека-ваше-здоровье.рф/</w:t>
      </w:r>
    </w:p>
    <w:p w14:paraId="6D1E0F70" w14:textId="04F88393" w:rsidR="00661728" w:rsidRPr="00E62A51" w:rsidRDefault="00661728" w:rsidP="00661728">
      <w:pPr>
        <w:jc w:val="both"/>
        <w:rPr>
          <w:rFonts w:ascii="Roboto" w:hAnsi="Roboto"/>
          <w:color w:val="011C29"/>
          <w:shd w:val="clear" w:color="auto" w:fill="FFFFFF"/>
          <w:lang w:val="ru-RU"/>
        </w:rPr>
      </w:pPr>
      <w:r w:rsidRPr="00511CB7">
        <w:rPr>
          <w:rFonts w:cs="Times New Roman"/>
          <w:szCs w:val="24"/>
          <w:lang w:val="ru-RU"/>
        </w:rPr>
        <w:t xml:space="preserve">Оператор / администратор сайта: </w:t>
      </w:r>
      <w:r w:rsidR="00E62A51" w:rsidRPr="00E62A51">
        <w:rPr>
          <w:rFonts w:cs="Times New Roman"/>
          <w:color w:val="011C29"/>
          <w:szCs w:val="24"/>
          <w:shd w:val="clear" w:color="auto" w:fill="FFFFFF"/>
          <w:lang w:val="ru-RU"/>
        </w:rPr>
        <w:t>Общество с Ограниченной Ответственностью "Ваше Здоровье" (ООО "Ваше Здоровье")</w:t>
      </w:r>
    </w:p>
    <w:p w14:paraId="35433346" w14:textId="77777777" w:rsidR="00661728" w:rsidRPr="00511CB7" w:rsidRDefault="00661728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ИНН: 9403001275; ОГРН: 1229400001368</w:t>
      </w:r>
    </w:p>
    <w:p w14:paraId="6E12DA5F" w14:textId="77777777" w:rsidR="00661728" w:rsidRPr="00511CB7" w:rsidRDefault="00661728" w:rsidP="00661728">
      <w:pPr>
        <w:spacing w:after="0" w:line="270" w:lineRule="atLeast"/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Адрес: 291034, Луганская Народная Республика, г.о. Город Луганск, г. Луганск, кв-л Молодежный, д. 2А</w:t>
      </w:r>
    </w:p>
    <w:p w14:paraId="64505576" w14:textId="0120C3EA" w:rsidR="00661728" w:rsidRPr="00511CB7" w:rsidRDefault="00661728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</w:rPr>
        <w:t>Email</w:t>
      </w:r>
      <w:r w:rsidRPr="00511CB7">
        <w:rPr>
          <w:rFonts w:cs="Times New Roman"/>
          <w:szCs w:val="24"/>
          <w:lang w:val="ru-RU"/>
        </w:rPr>
        <w:t xml:space="preserve">: </w:t>
      </w:r>
      <w:r w:rsidRPr="00511CB7">
        <w:rPr>
          <w:rFonts w:cs="Times New Roman"/>
          <w:b/>
          <w:bCs/>
          <w:szCs w:val="24"/>
        </w:rPr>
        <w:t>lugafarmopt</w:t>
      </w:r>
      <w:r w:rsidRPr="00511CB7">
        <w:rPr>
          <w:rFonts w:cs="Times New Roman"/>
          <w:b/>
          <w:bCs/>
          <w:szCs w:val="24"/>
          <w:lang w:val="ru-RU"/>
        </w:rPr>
        <w:t>@</w:t>
      </w:r>
      <w:r w:rsidRPr="00511CB7">
        <w:rPr>
          <w:rFonts w:cs="Times New Roman"/>
          <w:b/>
          <w:bCs/>
          <w:szCs w:val="24"/>
        </w:rPr>
        <w:t>bk</w:t>
      </w:r>
      <w:r w:rsidRPr="00511CB7">
        <w:rPr>
          <w:rFonts w:cs="Times New Roman"/>
          <w:b/>
          <w:bCs/>
          <w:szCs w:val="24"/>
          <w:lang w:val="ru-RU"/>
        </w:rPr>
        <w:t>.</w:t>
      </w:r>
      <w:r w:rsidRPr="00511CB7">
        <w:rPr>
          <w:rFonts w:cs="Times New Roman"/>
          <w:b/>
          <w:bCs/>
          <w:szCs w:val="24"/>
        </w:rPr>
        <w:t>ru</w:t>
      </w:r>
      <w:r w:rsidRPr="00511CB7">
        <w:rPr>
          <w:rFonts w:cs="Times New Roman"/>
          <w:szCs w:val="24"/>
          <w:lang w:val="ru-RU"/>
        </w:rPr>
        <w:t xml:space="preserve">; телефон: </w:t>
      </w:r>
      <w:r w:rsidR="00E62A51">
        <w:rPr>
          <w:rFonts w:cs="Times New Roman"/>
          <w:b/>
          <w:bCs/>
          <w:szCs w:val="24"/>
          <w:lang w:val="ru-RU"/>
        </w:rPr>
        <w:t>+7 (959) 542-23-71</w:t>
      </w:r>
    </w:p>
    <w:p w14:paraId="631BFB43" w14:textId="77777777" w:rsidR="004A63F1" w:rsidRPr="00511CB7" w:rsidRDefault="004A63F1">
      <w:pPr>
        <w:jc w:val="both"/>
        <w:rPr>
          <w:lang w:val="ru-RU"/>
        </w:rPr>
      </w:pPr>
    </w:p>
    <w:p w14:paraId="43832A42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1. Общие положения</w:t>
      </w:r>
    </w:p>
    <w:p w14:paraId="7C2A9CC5" w14:textId="5CF30543" w:rsidR="00661728" w:rsidRPr="00511CB7" w:rsidRDefault="00E27EAF" w:rsidP="00661728">
      <w:pPr>
        <w:jc w:val="both"/>
        <w:rPr>
          <w:lang w:val="ru-RU"/>
        </w:rPr>
      </w:pPr>
      <w:r>
        <w:rPr>
          <w:lang w:val="ru-RU"/>
        </w:rPr>
        <w:t>1.1. Настоящее Пользовательское соглашение определяет политику</w:t>
      </w:r>
      <w:bookmarkStart w:id="0" w:name="_GoBack"/>
      <w:bookmarkEnd w:id="0"/>
      <w:r w:rsidR="00661728" w:rsidRPr="00511CB7">
        <w:rPr>
          <w:lang w:val="ru-RU"/>
        </w:rPr>
        <w:t xml:space="preserve"> в отношении обработки персональных данных определяет порядок обработки и защиты персональных данных пользователей сайта аптечной сети «Ваше здоровье», размещённого по адресу: https://аптека-ваше-здоровье.рф.</w:t>
      </w:r>
    </w:p>
    <w:p w14:paraId="2CA2F9C4" w14:textId="77777777" w:rsidR="00E62A51" w:rsidRDefault="00661728" w:rsidP="00E62A51">
      <w:pPr>
        <w:jc w:val="both"/>
        <w:rPr>
          <w:rFonts w:ascii="Roboto" w:hAnsi="Roboto"/>
          <w:color w:val="011C29"/>
          <w:shd w:val="clear" w:color="auto" w:fill="FFFFFF"/>
          <w:lang w:val="ru-RU"/>
        </w:rPr>
      </w:pPr>
      <w:r w:rsidRPr="00511CB7">
        <w:rPr>
          <w:lang w:val="ru-RU"/>
        </w:rPr>
        <w:t xml:space="preserve">1.2. Оператором персональных данных является </w:t>
      </w:r>
      <w:r w:rsidR="00E62A51" w:rsidRPr="00E62A51">
        <w:rPr>
          <w:rFonts w:cs="Times New Roman"/>
          <w:color w:val="011C29"/>
          <w:szCs w:val="24"/>
          <w:shd w:val="clear" w:color="auto" w:fill="FFFFFF"/>
          <w:lang w:val="ru-RU"/>
        </w:rPr>
        <w:t>Общество с Ограниченной Ответственностью "Ваше Здоровье" (ООО "Ваше Здоровье")</w:t>
      </w:r>
    </w:p>
    <w:p w14:paraId="09CD2FF9" w14:textId="128C54EE" w:rsidR="00661728" w:rsidRPr="00511CB7" w:rsidRDefault="00661728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lang w:val="ru-RU"/>
        </w:rPr>
        <w:t>,</w:t>
      </w:r>
      <w:r w:rsidRPr="00511CB7">
        <w:rPr>
          <w:rFonts w:cs="Times New Roman"/>
          <w:szCs w:val="24"/>
          <w:lang w:val="ru-RU"/>
        </w:rPr>
        <w:t xml:space="preserve"> ИНН: 9403001275; ОГРН: 1229400001368</w:t>
      </w:r>
      <w:r>
        <w:rPr>
          <w:rFonts w:cs="Times New Roman"/>
          <w:szCs w:val="24"/>
          <w:lang w:val="ru-RU"/>
        </w:rPr>
        <w:t>, а</w:t>
      </w:r>
      <w:r w:rsidRPr="00511CB7">
        <w:rPr>
          <w:rFonts w:cs="Times New Roman"/>
          <w:szCs w:val="24"/>
          <w:lang w:val="ru-RU"/>
        </w:rPr>
        <w:t>дрес: 291034, Луганская Народная Республика, г.о. Город Луганск, г. Луганск, кв-л Молодежный, д. 2А</w:t>
      </w:r>
      <w:r w:rsidRPr="00511CB7">
        <w:rPr>
          <w:lang w:val="ru-RU"/>
        </w:rPr>
        <w:t>.</w:t>
      </w:r>
    </w:p>
    <w:p w14:paraId="7D7309F2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1.3. Пользователем является любое физическое лицо, использующее сайт, проходящее регистрацию, оформляющее заказ, направляющее обращение или совершающее иные действия на сайте.</w:t>
      </w:r>
    </w:p>
    <w:p w14:paraId="415196E7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1.4. Используя сайт, пользователь подтверждает, что ознакомился с настоящим Пользовательским соглашением и принимает его условия.</w:t>
      </w:r>
    </w:p>
    <w:p w14:paraId="7216FDD9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1.5. Если пользователь не согласен с условиями настоящего Соглашения, он обязан прекратить использование сайта.</w:t>
      </w:r>
    </w:p>
    <w:p w14:paraId="7715572E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2. Назначение сайта</w:t>
      </w:r>
    </w:p>
    <w:p w14:paraId="08BE688A" w14:textId="5E7845A0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2.1. Сайт предназначен для предоставления пользователям информации об аптечной сети «Ваше здоровье», аптеках сети, товарах аптечного ассортимента, наличии товаров, ценах, условиях заказа, оплаты, самовывоза, если соответствующие функции доступны на сайте.</w:t>
      </w:r>
    </w:p>
    <w:p w14:paraId="0BBD2E1C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2.2. Сайт может предоставлять пользователю следующие возможности:</w:t>
      </w:r>
    </w:p>
    <w:p w14:paraId="739E8F95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поиск товаров и просмотр карточек товаров;</w:t>
      </w:r>
    </w:p>
    <w:p w14:paraId="24F735CD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получение информации о наличии товаров и ценах;</w:t>
      </w:r>
    </w:p>
    <w:p w14:paraId="3AD7B7E3" w14:textId="77777777" w:rsidR="004A63F1" w:rsidRDefault="00084849">
      <w:pPr>
        <w:pStyle w:val="a0"/>
        <w:spacing w:after="40"/>
        <w:ind w:left="340"/>
      </w:pPr>
      <w:r>
        <w:t>оформление заказа;</w:t>
      </w:r>
    </w:p>
    <w:p w14:paraId="705022B3" w14:textId="77777777" w:rsidR="004A63F1" w:rsidRDefault="00084849">
      <w:pPr>
        <w:pStyle w:val="a0"/>
        <w:spacing w:after="40"/>
        <w:ind w:left="340"/>
      </w:pPr>
      <w:r>
        <w:t>выбор аптеки самовывоза;</w:t>
      </w:r>
    </w:p>
    <w:p w14:paraId="18992580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регистрация и использование личного кабинета;</w:t>
      </w:r>
    </w:p>
    <w:p w14:paraId="46405A65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lastRenderedPageBreak/>
        <w:t>направление обращений через формы сайта;</w:t>
      </w:r>
    </w:p>
    <w:p w14:paraId="2DD8A5B1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получение уведомлений о статусе заказа.</w:t>
      </w:r>
    </w:p>
    <w:p w14:paraId="6B593856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3. Регистрация на сайте</w:t>
      </w:r>
    </w:p>
    <w:p w14:paraId="58D32E8E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3.1. Для использования отдельных функций сайта пользователь может пройти регистрацию по номеру телефона.</w:t>
      </w:r>
    </w:p>
    <w:p w14:paraId="38ADEC68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3.2. При регистрации пользователь обязуется указывать достоверные данные.</w:t>
      </w:r>
    </w:p>
    <w:p w14:paraId="03531E10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3.3. Пользователь несёт ответственность за сохранность доступа к своему личному кабинету.</w:t>
      </w:r>
    </w:p>
    <w:p w14:paraId="26B4FBD8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3.4. Все действия, совершённые через личный кабинет пользователя, считаются совершёнными самим пользователем, если не доказано иное.</w:t>
      </w:r>
    </w:p>
    <w:p w14:paraId="082E5182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3.5. Администратор сайта вправе ограничить доступ пользователя к сайту или личному кабинету при нарушении настоящего Соглашения, законодательства Российской Федерации или при выявлении признаков мошеннических действий.</w:t>
      </w:r>
    </w:p>
    <w:p w14:paraId="73F9B001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4. Оформление заказа</w:t>
      </w:r>
    </w:p>
    <w:p w14:paraId="4CE21704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4.1. Пользователь может оформить заказ на товары, представленные на сайте, при наличии технической возможности.</w:t>
      </w:r>
    </w:p>
    <w:p w14:paraId="1899C9A6" w14:textId="00410549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4.2. Информация о товарах, наличии, цене, условиях оплаты, самовывоза размещается на сайте.</w:t>
      </w:r>
    </w:p>
    <w:p w14:paraId="5ED9ACEF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4.3. Информация о наличии товаров и ценах может изменяться. Окончательные условия заказа подтверждаются при его оформлении.</w:t>
      </w:r>
    </w:p>
    <w:p w14:paraId="5FCC3F8A" w14:textId="1C711EF0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4.4. Администратор сайта или аптечная организация вправе связаться с пользователем для подтверждения заказа, уточнения данных, условий самовывоза.</w:t>
      </w:r>
    </w:p>
    <w:p w14:paraId="39AE6E7F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4.5. Заказ может быть отменён или изменён в случаях отсутствия товара, невозможности подтверждения заказа, технической ошибки, ограничения оборота товара или иных обстоятельств, предусмотренных законодательством Российской Федерации.</w:t>
      </w:r>
    </w:p>
    <w:p w14:paraId="73D1BE0C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5. Особенности аптечных товаров</w:t>
      </w:r>
    </w:p>
    <w:p w14:paraId="5074D03D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5.1. Информация о товарах на сайте размещается в справочных целях.</w:t>
      </w:r>
    </w:p>
    <w:p w14:paraId="2C6593FF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5.2. Информация на сайте не является медицинской консультацией, назначением лечения или рекомендацией по применению лекарственных препаратов.</w:t>
      </w:r>
    </w:p>
    <w:p w14:paraId="4FEB5D53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5.3. Перед применением лекарственного препарата пользователь обязан ознакомиться с инструкцией по медицинскому применению и при необходимости обратиться к врачу или фармацевтическому специалисту.</w:t>
      </w:r>
    </w:p>
    <w:p w14:paraId="13682221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5.4. Отпуск отдельных категорий лекарственных препаратов может быть ограничен законодательством Российской Федерации.</w:t>
      </w:r>
    </w:p>
    <w:p w14:paraId="1CF211D3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5.5. Лекарственные препараты, отпускаемые по рецепту врача, реализуются с соблюдением требований законодательства Российской Федерации.</w:t>
      </w:r>
    </w:p>
    <w:p w14:paraId="0DA28A39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lastRenderedPageBreak/>
        <w:t>5.6. Дистанционная продажа лекарственных препаратов осуществляется только при наличии у аптечной организации соответствующего права и в пределах, предусмотренных законодательством Российской Федерации.</w:t>
      </w:r>
    </w:p>
    <w:p w14:paraId="2F9D5385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6. Оплата заказа</w:t>
      </w:r>
    </w:p>
    <w:p w14:paraId="4199F29A" w14:textId="5EB0DBE6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6.1. Оплата</w:t>
      </w:r>
      <w:r w:rsidR="00E27EAF">
        <w:rPr>
          <w:lang w:val="ru-RU"/>
        </w:rPr>
        <w:t xml:space="preserve"> производится непосредственно в аптеке при получении заказа</w:t>
      </w:r>
      <w:r w:rsidRPr="00511CB7">
        <w:rPr>
          <w:lang w:val="ru-RU"/>
        </w:rPr>
        <w:t>.</w:t>
      </w:r>
    </w:p>
    <w:p w14:paraId="08205955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7. Самовывоз и доставка</w:t>
      </w:r>
    </w:p>
    <w:p w14:paraId="5C0FC2CE" w14:textId="3FA33CE9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7.1. Пользователь может получить заказ способом, доступным на сайте: самовывозом из выбранной аптеки.</w:t>
      </w:r>
    </w:p>
    <w:p w14:paraId="2375A00B" w14:textId="08C0A837" w:rsidR="004A63F1" w:rsidRPr="00511CB7" w:rsidRDefault="00E27EAF">
      <w:pPr>
        <w:jc w:val="both"/>
        <w:rPr>
          <w:lang w:val="ru-RU"/>
        </w:rPr>
      </w:pPr>
      <w:r>
        <w:rPr>
          <w:lang w:val="ru-RU"/>
        </w:rPr>
        <w:t>7.2</w:t>
      </w:r>
      <w:r w:rsidR="00084849" w:rsidRPr="00511CB7">
        <w:rPr>
          <w:lang w:val="ru-RU"/>
        </w:rPr>
        <w:t>. При получении отдельных товаров у пользователя могут быть запрошены документы, если это требуется законодательством Российской Федерации.</w:t>
      </w:r>
    </w:p>
    <w:p w14:paraId="7289877B" w14:textId="52D913BF" w:rsidR="004A63F1" w:rsidRPr="00511CB7" w:rsidRDefault="00E27EAF">
      <w:pPr>
        <w:jc w:val="both"/>
        <w:rPr>
          <w:lang w:val="ru-RU"/>
        </w:rPr>
      </w:pPr>
      <w:r>
        <w:rPr>
          <w:lang w:val="ru-RU"/>
        </w:rPr>
        <w:t>7.3</w:t>
      </w:r>
      <w:r w:rsidR="00084849" w:rsidRPr="00511CB7">
        <w:rPr>
          <w:lang w:val="ru-RU"/>
        </w:rPr>
        <w:t>. В случае невозможности передачи товара пользователю заказ может быть отменён в порядке, предусмотренном условиями продажи и законодательством Российской Федерации.</w:t>
      </w:r>
    </w:p>
    <w:p w14:paraId="211F7072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8. Возврат товара и денежных средств</w:t>
      </w:r>
    </w:p>
    <w:p w14:paraId="4E299B82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8.1. Возврат товара и денежных средств осуществляется в соответствии с законодательством Российской Федерации и правилами, размещёнными на сайте.</w:t>
      </w:r>
    </w:p>
    <w:p w14:paraId="5BA33E93" w14:textId="32C8F789" w:rsidR="00661728" w:rsidRDefault="00084849">
      <w:pPr>
        <w:jc w:val="both"/>
        <w:rPr>
          <w:lang w:val="ru-RU"/>
        </w:rPr>
      </w:pPr>
      <w:r w:rsidRPr="00511CB7">
        <w:rPr>
          <w:lang w:val="ru-RU"/>
        </w:rPr>
        <w:t xml:space="preserve">8.2. Для оформления возврата пользователь может обратиться по контактам, указанным на сайте: </w:t>
      </w:r>
      <w:r w:rsidR="00661728" w:rsidRPr="00511CB7">
        <w:rPr>
          <w:rFonts w:cs="Times New Roman"/>
          <w:szCs w:val="24"/>
        </w:rPr>
        <w:t>Email</w:t>
      </w:r>
      <w:r w:rsidR="00661728" w:rsidRPr="00511CB7">
        <w:rPr>
          <w:rFonts w:cs="Times New Roman"/>
          <w:szCs w:val="24"/>
          <w:lang w:val="ru-RU"/>
        </w:rPr>
        <w:t xml:space="preserve">: </w:t>
      </w:r>
      <w:r w:rsidR="00661728" w:rsidRPr="00511CB7">
        <w:rPr>
          <w:rFonts w:cs="Times New Roman"/>
          <w:b/>
          <w:bCs/>
          <w:szCs w:val="24"/>
        </w:rPr>
        <w:t>lugafarmopt</w:t>
      </w:r>
      <w:r w:rsidR="00661728" w:rsidRPr="00511CB7">
        <w:rPr>
          <w:rFonts w:cs="Times New Roman"/>
          <w:b/>
          <w:bCs/>
          <w:szCs w:val="24"/>
          <w:lang w:val="ru-RU"/>
        </w:rPr>
        <w:t>@</w:t>
      </w:r>
      <w:r w:rsidR="00661728" w:rsidRPr="00511CB7">
        <w:rPr>
          <w:rFonts w:cs="Times New Roman"/>
          <w:b/>
          <w:bCs/>
          <w:szCs w:val="24"/>
        </w:rPr>
        <w:t>bk</w:t>
      </w:r>
      <w:r w:rsidR="00661728" w:rsidRPr="00511CB7">
        <w:rPr>
          <w:rFonts w:cs="Times New Roman"/>
          <w:b/>
          <w:bCs/>
          <w:szCs w:val="24"/>
          <w:lang w:val="ru-RU"/>
        </w:rPr>
        <w:t>.</w:t>
      </w:r>
      <w:r w:rsidR="00661728" w:rsidRPr="00511CB7">
        <w:rPr>
          <w:rFonts w:cs="Times New Roman"/>
          <w:b/>
          <w:bCs/>
          <w:szCs w:val="24"/>
        </w:rPr>
        <w:t>ru</w:t>
      </w:r>
      <w:r w:rsidR="00661728" w:rsidRPr="00511CB7">
        <w:rPr>
          <w:rFonts w:cs="Times New Roman"/>
          <w:szCs w:val="24"/>
          <w:lang w:val="ru-RU"/>
        </w:rPr>
        <w:t xml:space="preserve">; телефон: </w:t>
      </w:r>
      <w:r w:rsidR="00E62A51">
        <w:rPr>
          <w:rFonts w:cs="Times New Roman"/>
          <w:b/>
          <w:bCs/>
          <w:szCs w:val="24"/>
          <w:lang w:val="ru-RU"/>
        </w:rPr>
        <w:t>+7 (959) 542-23-71</w:t>
      </w:r>
      <w:r w:rsidR="00661728">
        <w:rPr>
          <w:rFonts w:cs="Times New Roman"/>
          <w:b/>
          <w:bCs/>
          <w:szCs w:val="24"/>
          <w:lang w:val="ru-RU"/>
        </w:rPr>
        <w:t>.</w:t>
      </w:r>
    </w:p>
    <w:p w14:paraId="7BD3E55F" w14:textId="6C85949D" w:rsidR="004A63F1" w:rsidRPr="00661728" w:rsidRDefault="00084849">
      <w:pPr>
        <w:jc w:val="both"/>
        <w:rPr>
          <w:rFonts w:cs="Times New Roman"/>
          <w:szCs w:val="24"/>
          <w:lang w:val="ru-RU"/>
        </w:rPr>
      </w:pPr>
      <w:r w:rsidRPr="00511CB7">
        <w:rPr>
          <w:lang w:val="ru-RU"/>
        </w:rPr>
        <w:t>8.3. Сроки возврата денежных средств зависят от способа оплаты, банка, платёжного сервиса и требований законодательства Российской Федерации.</w:t>
      </w:r>
    </w:p>
    <w:p w14:paraId="0B1375BC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9. Права и обязанности пользователя</w:t>
      </w:r>
    </w:p>
    <w:p w14:paraId="04986978" w14:textId="38DC0C1C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9.1. Пользователь вправе использовать сайт в соответствии с настоящим Соглашением, получать информацию о товарах, заказах, оплате, самовывозе , направлять обращения через формы сайта, отказаться от рекламных сообщений, а также требовать удаления или уточнения своих персональных данных в порядке, предусмотренном законодательством Российской Федерации.</w:t>
      </w:r>
    </w:p>
    <w:p w14:paraId="6612CE99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9.2. Пользователь обязан предоставлять достоверные данные, не передавать доступ к личному кабинету третьим лицам, не использовать сайт для незаконных целей, не нарушать работу сайта и соблюдать требования настоящего Соглашения и законодательства Российской Федерации.</w:t>
      </w:r>
    </w:p>
    <w:p w14:paraId="7A8CB1A6" w14:textId="77777777" w:rsidR="004A63F1" w:rsidRDefault="00084849">
      <w:pPr>
        <w:pStyle w:val="1"/>
        <w:spacing w:before="160" w:after="80"/>
      </w:pPr>
      <w:r>
        <w:t>10. Запрещённые действия</w:t>
      </w:r>
    </w:p>
    <w:p w14:paraId="028826FE" w14:textId="77777777" w:rsidR="004A63F1" w:rsidRDefault="00084849">
      <w:pPr>
        <w:jc w:val="both"/>
      </w:pPr>
      <w:r>
        <w:t>10.1. Пользователю запрещается:</w:t>
      </w:r>
    </w:p>
    <w:p w14:paraId="3C4C9126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использовать сайт для совершения противоправных действий;</w:t>
      </w:r>
    </w:p>
    <w:p w14:paraId="60694575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размещать ложные или недостоверные сведения;</w:t>
      </w:r>
    </w:p>
    <w:p w14:paraId="419A8480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пытаться получить несанкционированный доступ к сайту, базе данных или личным кабинетам других пользователей;</w:t>
      </w:r>
    </w:p>
    <w:p w14:paraId="5FDA0B06" w14:textId="77777777" w:rsidR="004A63F1" w:rsidRDefault="00084849">
      <w:pPr>
        <w:pStyle w:val="a0"/>
        <w:spacing w:after="40"/>
        <w:ind w:left="340"/>
      </w:pPr>
      <w:r>
        <w:t>вмешиваться в работу сайта;</w:t>
      </w:r>
    </w:p>
    <w:p w14:paraId="4AE5CDEE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lastRenderedPageBreak/>
        <w:t>использовать автоматизированные средства сбора данных без согласия Администратора сайта;</w:t>
      </w:r>
    </w:p>
    <w:p w14:paraId="6D19FAC0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копировать, распространять или использовать материалы сайта без согласия правообладателя;</w:t>
      </w:r>
    </w:p>
    <w:p w14:paraId="18B5890B" w14:textId="77777777" w:rsidR="004A63F1" w:rsidRPr="00511CB7" w:rsidRDefault="00084849">
      <w:pPr>
        <w:pStyle w:val="a0"/>
        <w:spacing w:after="40"/>
        <w:ind w:left="340"/>
        <w:rPr>
          <w:lang w:val="ru-RU"/>
        </w:rPr>
      </w:pPr>
      <w:r w:rsidRPr="00511CB7">
        <w:rPr>
          <w:lang w:val="ru-RU"/>
        </w:rPr>
        <w:t>совершать действия, нарушающие права и законные интересы третьих лиц.</w:t>
      </w:r>
    </w:p>
    <w:p w14:paraId="0757370D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11. Интеллектуальные права</w:t>
      </w:r>
    </w:p>
    <w:p w14:paraId="37E7AF36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11.1. Все элементы сайта, включая дизайн, структуру, тексты, изображения, базы данных, программный код, интерфейсы, логотипы и иные материалы, являются объектами интеллектуальных прав их правообладателей.</w:t>
      </w:r>
    </w:p>
    <w:p w14:paraId="4E397B04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11.2. Пользователь не вправе копировать, изменять, распространять, публиковать, передавать или использовать материалы сайта без письменного согласия правообладателя, за исключением случаев, прямо предусмотренных законодательством Российской Федерации.</w:t>
      </w:r>
    </w:p>
    <w:p w14:paraId="0E311E79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12. Персональные данные</w:t>
      </w:r>
    </w:p>
    <w:p w14:paraId="0D6ACF84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12.1. Обработка персональных данных пользователей осуществляется в соответствии с Политикой в отношении обработки персональных данных и Политикой конфиденциальности, размещёнными на сайте.</w:t>
      </w:r>
    </w:p>
    <w:p w14:paraId="55A7C056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12.2. При регистрации, оформлении заказа, направлении обращения или использовании иных функций сайта пользователь предоставляет необходимые согласия на обработку персональных данных.</w:t>
      </w:r>
    </w:p>
    <w:p w14:paraId="1F8A84BA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13. Рекламные и информационные сообщения</w:t>
      </w:r>
    </w:p>
    <w:p w14:paraId="2012931D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13.1. Пользователь может дать отдельное согласие на получение рекламных и информационных сообщений.</w:t>
      </w:r>
    </w:p>
    <w:p w14:paraId="41983D4E" w14:textId="4EB19CE9" w:rsidR="00661728" w:rsidRPr="00511CB7" w:rsidRDefault="00084849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lang w:val="ru-RU"/>
        </w:rPr>
        <w:t xml:space="preserve">13.2. Пользователь вправе в любой момент отказаться от получения рекламных сообщений через личный кабинет, по ссылке отписки в сообщении или путём направления обращения на </w:t>
      </w:r>
      <w:r>
        <w:t>email</w:t>
      </w:r>
      <w:r w:rsidRPr="00511CB7">
        <w:rPr>
          <w:lang w:val="ru-RU"/>
        </w:rPr>
        <w:t xml:space="preserve">: </w:t>
      </w:r>
      <w:r w:rsidR="00661728" w:rsidRPr="00511CB7">
        <w:rPr>
          <w:rFonts w:cs="Times New Roman"/>
          <w:szCs w:val="24"/>
        </w:rPr>
        <w:t>Email</w:t>
      </w:r>
      <w:r w:rsidR="00661728" w:rsidRPr="00511CB7">
        <w:rPr>
          <w:rFonts w:cs="Times New Roman"/>
          <w:szCs w:val="24"/>
          <w:lang w:val="ru-RU"/>
        </w:rPr>
        <w:t xml:space="preserve">: </w:t>
      </w:r>
      <w:r w:rsidR="00661728" w:rsidRPr="00511CB7">
        <w:rPr>
          <w:rFonts w:cs="Times New Roman"/>
          <w:b/>
          <w:bCs/>
          <w:szCs w:val="24"/>
        </w:rPr>
        <w:t>lugafarmopt</w:t>
      </w:r>
      <w:r w:rsidR="00661728" w:rsidRPr="00511CB7">
        <w:rPr>
          <w:rFonts w:cs="Times New Roman"/>
          <w:b/>
          <w:bCs/>
          <w:szCs w:val="24"/>
          <w:lang w:val="ru-RU"/>
        </w:rPr>
        <w:t>@</w:t>
      </w:r>
      <w:r w:rsidR="00661728" w:rsidRPr="00511CB7">
        <w:rPr>
          <w:rFonts w:cs="Times New Roman"/>
          <w:b/>
          <w:bCs/>
          <w:szCs w:val="24"/>
        </w:rPr>
        <w:t>bk</w:t>
      </w:r>
      <w:r w:rsidR="00661728" w:rsidRPr="00511CB7">
        <w:rPr>
          <w:rFonts w:cs="Times New Roman"/>
          <w:b/>
          <w:bCs/>
          <w:szCs w:val="24"/>
          <w:lang w:val="ru-RU"/>
        </w:rPr>
        <w:t>.</w:t>
      </w:r>
      <w:r w:rsidR="00661728" w:rsidRPr="00511CB7">
        <w:rPr>
          <w:rFonts w:cs="Times New Roman"/>
          <w:b/>
          <w:bCs/>
          <w:szCs w:val="24"/>
        </w:rPr>
        <w:t>ru</w:t>
      </w:r>
      <w:r w:rsidR="00661728" w:rsidRPr="00511CB7">
        <w:rPr>
          <w:rFonts w:cs="Times New Roman"/>
          <w:szCs w:val="24"/>
          <w:lang w:val="ru-RU"/>
        </w:rPr>
        <w:t xml:space="preserve">; </w:t>
      </w:r>
    </w:p>
    <w:p w14:paraId="0A5109B2" w14:textId="5EE08FFB" w:rsidR="004A63F1" w:rsidRPr="00511CB7" w:rsidRDefault="00084849" w:rsidP="00661728">
      <w:pPr>
        <w:rPr>
          <w:lang w:val="ru-RU"/>
        </w:rPr>
      </w:pPr>
      <w:r w:rsidRPr="00511CB7">
        <w:rPr>
          <w:lang w:val="ru-RU"/>
        </w:rPr>
        <w:t>13.3. Отказ от рекламных сообщений не прекращает направление сервисных уведомлений, связанных с заказом,  безопасностью аккаунта или использованием сайта.</w:t>
      </w:r>
    </w:p>
    <w:p w14:paraId="61EDAF7A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14. Ответственность</w:t>
      </w:r>
    </w:p>
    <w:p w14:paraId="7671D5E6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14.1. Сайт предоставляется пользователю в фактическом состоянии с учётом технических особенностей его работы.</w:t>
      </w:r>
    </w:p>
    <w:p w14:paraId="0827DF0E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14.2. Администратор сайта принимает меры для обеспечения корректной работы сайта, но не гарантирует отсутствие технических сбоев, ошибок, перерывов или ограничений доступа.</w:t>
      </w:r>
    </w:p>
    <w:p w14:paraId="7CA4D15B" w14:textId="2355A89A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14.3. Администратор сайта не несёт ответственности за невозможность использования сайта по причинам, не зависящим от него, включая сбои связи, действия провайдеров и иных третьих лиц.</w:t>
      </w:r>
    </w:p>
    <w:p w14:paraId="5A0095E1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lastRenderedPageBreak/>
        <w:t>14.4. Пользователь несёт ответственность за достоверность предоставленных данных и за действия, совершённые с использованием его личного кабинета.</w:t>
      </w:r>
    </w:p>
    <w:p w14:paraId="6382C276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15. Изменение Пользовательского соглашения</w:t>
      </w:r>
    </w:p>
    <w:p w14:paraId="2A6B0E06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15.1. Администратор сайта вправе изменять настоящее Пользовательское соглашение.</w:t>
      </w:r>
    </w:p>
    <w:p w14:paraId="6805B7E5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15.2. Новая редакция Соглашения вступает в силу с момента размещения на сайте, если иное не указано в новой редакции.</w:t>
      </w:r>
    </w:p>
    <w:p w14:paraId="3E6CC37A" w14:textId="77777777" w:rsidR="004A63F1" w:rsidRPr="00511CB7" w:rsidRDefault="00084849">
      <w:pPr>
        <w:jc w:val="both"/>
        <w:rPr>
          <w:lang w:val="ru-RU"/>
        </w:rPr>
      </w:pPr>
      <w:r w:rsidRPr="00511CB7">
        <w:rPr>
          <w:lang w:val="ru-RU"/>
        </w:rPr>
        <w:t>15.3. Продолжение использования сайта после размещения новой редакции Соглашения означает согласие пользователя с её условиями.</w:t>
      </w:r>
    </w:p>
    <w:p w14:paraId="6D93FFC0" w14:textId="77777777" w:rsidR="004A63F1" w:rsidRPr="00511CB7" w:rsidRDefault="00084849">
      <w:pPr>
        <w:pStyle w:val="1"/>
        <w:spacing w:before="160" w:after="80"/>
        <w:rPr>
          <w:lang w:val="ru-RU"/>
        </w:rPr>
      </w:pPr>
      <w:r w:rsidRPr="00511CB7">
        <w:rPr>
          <w:lang w:val="ru-RU"/>
        </w:rPr>
        <w:t>16. Контакты</w:t>
      </w:r>
    </w:p>
    <w:p w14:paraId="6845DE27" w14:textId="624F1464" w:rsidR="00E62A51" w:rsidRDefault="00E62A51" w:rsidP="00661728">
      <w:pPr>
        <w:jc w:val="both"/>
        <w:rPr>
          <w:rFonts w:ascii="Roboto" w:hAnsi="Roboto"/>
          <w:color w:val="011C29"/>
          <w:shd w:val="clear" w:color="auto" w:fill="FFFFFF"/>
          <w:lang w:val="ru-RU"/>
        </w:rPr>
      </w:pPr>
      <w:r>
        <w:rPr>
          <w:lang w:val="ru-RU"/>
        </w:rPr>
        <w:t xml:space="preserve">Наименование: </w:t>
      </w:r>
      <w:r w:rsidRPr="00E62A51">
        <w:rPr>
          <w:rFonts w:cs="Times New Roman"/>
          <w:color w:val="011C29"/>
          <w:szCs w:val="24"/>
          <w:shd w:val="clear" w:color="auto" w:fill="FFFFFF"/>
          <w:lang w:val="ru-RU"/>
        </w:rPr>
        <w:t>Общество с Ограниченной Ответственностью "Ваше Здоровье" (ООО "Ваше Здоровье")</w:t>
      </w:r>
    </w:p>
    <w:p w14:paraId="43767F5D" w14:textId="0F7A7778" w:rsidR="00661728" w:rsidRPr="00511CB7" w:rsidRDefault="00661728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ИНН: 9403001275; ОГРН: 1229400001368</w:t>
      </w:r>
    </w:p>
    <w:p w14:paraId="3400EDE6" w14:textId="77777777" w:rsidR="00661728" w:rsidRPr="00511CB7" w:rsidRDefault="00661728" w:rsidP="00661728">
      <w:pPr>
        <w:spacing w:after="0" w:line="270" w:lineRule="atLeast"/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  <w:lang w:val="ru-RU"/>
        </w:rPr>
        <w:t>Адрес: 291034, Луганская Народная Республика, г.о. Город Луганск, г. Луганск, кв-л Молодежный, д. 2А</w:t>
      </w:r>
    </w:p>
    <w:p w14:paraId="22B3659A" w14:textId="5DC3B21C" w:rsidR="00661728" w:rsidRPr="00511CB7" w:rsidRDefault="00661728" w:rsidP="00661728">
      <w:pPr>
        <w:jc w:val="both"/>
        <w:rPr>
          <w:rFonts w:cs="Times New Roman"/>
          <w:szCs w:val="24"/>
          <w:lang w:val="ru-RU"/>
        </w:rPr>
      </w:pPr>
      <w:r w:rsidRPr="00511CB7">
        <w:rPr>
          <w:rFonts w:cs="Times New Roman"/>
          <w:szCs w:val="24"/>
        </w:rPr>
        <w:t>Email</w:t>
      </w:r>
      <w:r w:rsidRPr="00511CB7">
        <w:rPr>
          <w:rFonts w:cs="Times New Roman"/>
          <w:szCs w:val="24"/>
          <w:lang w:val="ru-RU"/>
        </w:rPr>
        <w:t xml:space="preserve">: </w:t>
      </w:r>
      <w:r w:rsidRPr="00511CB7">
        <w:rPr>
          <w:rFonts w:cs="Times New Roman"/>
          <w:b/>
          <w:bCs/>
          <w:szCs w:val="24"/>
        </w:rPr>
        <w:t>lugafarmopt</w:t>
      </w:r>
      <w:r w:rsidRPr="00511CB7">
        <w:rPr>
          <w:rFonts w:cs="Times New Roman"/>
          <w:b/>
          <w:bCs/>
          <w:szCs w:val="24"/>
          <w:lang w:val="ru-RU"/>
        </w:rPr>
        <w:t>@</w:t>
      </w:r>
      <w:r w:rsidRPr="00511CB7">
        <w:rPr>
          <w:rFonts w:cs="Times New Roman"/>
          <w:b/>
          <w:bCs/>
          <w:szCs w:val="24"/>
        </w:rPr>
        <w:t>bk</w:t>
      </w:r>
      <w:r w:rsidRPr="00511CB7">
        <w:rPr>
          <w:rFonts w:cs="Times New Roman"/>
          <w:b/>
          <w:bCs/>
          <w:szCs w:val="24"/>
          <w:lang w:val="ru-RU"/>
        </w:rPr>
        <w:t>.</w:t>
      </w:r>
      <w:r w:rsidRPr="00511CB7">
        <w:rPr>
          <w:rFonts w:cs="Times New Roman"/>
          <w:b/>
          <w:bCs/>
          <w:szCs w:val="24"/>
        </w:rPr>
        <w:t>ru</w:t>
      </w:r>
      <w:r w:rsidRPr="00511CB7">
        <w:rPr>
          <w:rFonts w:cs="Times New Roman"/>
          <w:szCs w:val="24"/>
          <w:lang w:val="ru-RU"/>
        </w:rPr>
        <w:t xml:space="preserve">; телефон: </w:t>
      </w:r>
      <w:r w:rsidR="00E62A51">
        <w:rPr>
          <w:rFonts w:cs="Times New Roman"/>
          <w:b/>
          <w:bCs/>
          <w:szCs w:val="24"/>
          <w:lang w:val="ru-RU"/>
        </w:rPr>
        <w:t>+7 (959) 542-23-71</w:t>
      </w:r>
    </w:p>
    <w:p w14:paraId="146B4974" w14:textId="3BBFE473" w:rsidR="004A63F1" w:rsidRPr="00661728" w:rsidRDefault="004A63F1" w:rsidP="00661728">
      <w:pPr>
        <w:jc w:val="both"/>
        <w:rPr>
          <w:lang w:val="ru-RU"/>
        </w:rPr>
      </w:pPr>
    </w:p>
    <w:sectPr w:rsidR="004A63F1" w:rsidRPr="00661728" w:rsidSect="00034616">
      <w:footerReference w:type="default" r:id="rId8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F5109" w14:textId="77777777" w:rsidR="00830BB6" w:rsidRDefault="00830BB6">
      <w:pPr>
        <w:spacing w:after="0" w:line="240" w:lineRule="auto"/>
      </w:pPr>
      <w:r>
        <w:separator/>
      </w:r>
    </w:p>
  </w:endnote>
  <w:endnote w:type="continuationSeparator" w:id="0">
    <w:p w14:paraId="458725F8" w14:textId="77777777" w:rsidR="00830BB6" w:rsidRDefault="00830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D0B68" w14:textId="533E9AC2" w:rsidR="004A63F1" w:rsidRDefault="00084849">
    <w:pPr>
      <w:pStyle w:val="a7"/>
      <w:jc w:val="center"/>
    </w:pPr>
    <w:r>
      <w:fldChar w:fldCharType="begin"/>
    </w:r>
    <w:r>
      <w:instrText>PAGE</w:instrText>
    </w:r>
    <w:r>
      <w:fldChar w:fldCharType="separate"/>
    </w:r>
    <w:r w:rsidR="00CC0151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3697E" w14:textId="77777777" w:rsidR="00830BB6" w:rsidRDefault="00830BB6">
      <w:pPr>
        <w:spacing w:after="0" w:line="240" w:lineRule="auto"/>
      </w:pPr>
      <w:r>
        <w:separator/>
      </w:r>
    </w:p>
  </w:footnote>
  <w:footnote w:type="continuationSeparator" w:id="0">
    <w:p w14:paraId="2131CFA9" w14:textId="77777777" w:rsidR="00830BB6" w:rsidRDefault="00830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0955"/>
    <w:rsid w:val="00084849"/>
    <w:rsid w:val="0015074B"/>
    <w:rsid w:val="0029639D"/>
    <w:rsid w:val="00326F90"/>
    <w:rsid w:val="004A63F1"/>
    <w:rsid w:val="00511CB7"/>
    <w:rsid w:val="00551AC8"/>
    <w:rsid w:val="00661728"/>
    <w:rsid w:val="006C25A7"/>
    <w:rsid w:val="00830BB6"/>
    <w:rsid w:val="00AA1D8D"/>
    <w:rsid w:val="00B47730"/>
    <w:rsid w:val="00CB0664"/>
    <w:rsid w:val="00CC0151"/>
    <w:rsid w:val="00E27EAF"/>
    <w:rsid w:val="00E62A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01776"/>
  <w14:defaultImageDpi w14:val="300"/>
  <w15:docId w15:val="{794FC56A-1BCD-4302-B11D-E45B7918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6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511CB7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511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555362-A321-4ED9-AF2F-616EB1A2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3325</Words>
  <Characters>18956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4</cp:revision>
  <dcterms:created xsi:type="dcterms:W3CDTF">2013-12-23T23:15:00Z</dcterms:created>
  <dcterms:modified xsi:type="dcterms:W3CDTF">2026-06-29T20:41:00Z</dcterms:modified>
  <cp:category/>
</cp:coreProperties>
</file>